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BE9E1" w14:textId="77777777" w:rsidR="00E4224C" w:rsidRPr="00E4224C" w:rsidRDefault="00E4224C" w:rsidP="00E4224C">
      <w:pPr>
        <w:jc w:val="center"/>
        <w:rPr>
          <w:b/>
          <w:color w:val="1B365D"/>
          <w:sz w:val="17"/>
          <w:lang w:val="tr-TR"/>
        </w:rPr>
      </w:pPr>
      <w:r w:rsidRPr="00E4224C">
        <w:rPr>
          <w:b/>
          <w:noProof/>
          <w:color w:val="1B365D"/>
          <w:sz w:val="17"/>
          <w:lang w:val="tr-TR"/>
        </w:rPr>
        <w:drawing>
          <wp:anchor distT="0" distB="0" distL="114300" distR="114300" simplePos="0" relativeHeight="251657728" behindDoc="0" locked="0" layoutInCell="1" allowOverlap="1" wp14:anchorId="0006E4F3" wp14:editId="2389DBF4">
            <wp:simplePos x="0" y="0"/>
            <wp:positionH relativeFrom="page">
              <wp:posOffset>5915025</wp:posOffset>
            </wp:positionH>
            <wp:positionV relativeFrom="paragraph">
              <wp:posOffset>0</wp:posOffset>
            </wp:positionV>
            <wp:extent cx="1285875" cy="1285875"/>
            <wp:effectExtent l="0" t="0" r="0" b="0"/>
            <wp:wrapSquare wrapText="bothSides"/>
            <wp:docPr id="3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224C">
        <w:rPr>
          <w:b/>
          <w:noProof/>
          <w:color w:val="1B365D"/>
          <w:sz w:val="17"/>
          <w:lang w:val="tr-TR"/>
        </w:rPr>
        <w:drawing>
          <wp:anchor distT="0" distB="0" distL="114300" distR="114300" simplePos="0" relativeHeight="251658752" behindDoc="0" locked="0" layoutInCell="1" allowOverlap="1" wp14:anchorId="7AC7E76A" wp14:editId="6205BD30">
            <wp:simplePos x="0" y="0"/>
            <wp:positionH relativeFrom="margin">
              <wp:posOffset>-55245</wp:posOffset>
            </wp:positionH>
            <wp:positionV relativeFrom="paragraph">
              <wp:posOffset>1905</wp:posOffset>
            </wp:positionV>
            <wp:extent cx="971550" cy="971550"/>
            <wp:effectExtent l="0" t="0" r="0" b="0"/>
            <wp:wrapSquare wrapText="bothSides"/>
            <wp:docPr id="17" name="Picture 2" descr="http://www.toros.edu.tr/front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2" descr="http://www.toros.edu.tr/front/img/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184A96" w14:textId="77777777" w:rsidR="00E4224C" w:rsidRPr="002B6444" w:rsidRDefault="00E4224C" w:rsidP="00E4224C">
      <w:pPr>
        <w:jc w:val="center"/>
        <w:rPr>
          <w:b/>
          <w:color w:val="1B365D"/>
          <w:sz w:val="28"/>
          <w:szCs w:val="28"/>
          <w:lang w:val="tr-TR"/>
        </w:rPr>
      </w:pPr>
      <w:r w:rsidRPr="002B6444">
        <w:rPr>
          <w:b/>
          <w:color w:val="1B365D"/>
          <w:sz w:val="28"/>
          <w:szCs w:val="28"/>
          <w:lang w:val="tr-TR"/>
        </w:rPr>
        <w:t xml:space="preserve">TOROS ÜNİVERSİTETESİ </w:t>
      </w:r>
    </w:p>
    <w:p w14:paraId="5EF21B0E" w14:textId="09ED7CEE" w:rsidR="00E4224C" w:rsidRPr="002B6444" w:rsidRDefault="00705915" w:rsidP="00E4224C">
      <w:pPr>
        <w:jc w:val="center"/>
        <w:rPr>
          <w:b/>
          <w:color w:val="1B365D"/>
          <w:sz w:val="28"/>
          <w:szCs w:val="28"/>
          <w:lang w:val="tr-TR"/>
        </w:rPr>
      </w:pPr>
      <w:r w:rsidRPr="002B6444">
        <w:rPr>
          <w:b/>
          <w:color w:val="1B365D"/>
          <w:sz w:val="28"/>
          <w:szCs w:val="28"/>
          <w:lang w:val="tr-TR"/>
        </w:rPr>
        <w:t>ÖĞRENCİ</w:t>
      </w:r>
      <w:r w:rsidR="00E4224C" w:rsidRPr="002B6444">
        <w:rPr>
          <w:b/>
          <w:color w:val="1B365D"/>
          <w:sz w:val="28"/>
          <w:szCs w:val="28"/>
          <w:lang w:val="tr-TR"/>
        </w:rPr>
        <w:t xml:space="preserve"> DANIŞMANLI</w:t>
      </w:r>
      <w:r w:rsidRPr="002B6444">
        <w:rPr>
          <w:b/>
          <w:color w:val="1B365D"/>
          <w:sz w:val="28"/>
          <w:szCs w:val="28"/>
          <w:lang w:val="tr-TR"/>
        </w:rPr>
        <w:t>ĞI RAPOR</w:t>
      </w:r>
      <w:r w:rsidR="00E4224C" w:rsidRPr="002B6444">
        <w:rPr>
          <w:b/>
          <w:color w:val="1B365D"/>
          <w:sz w:val="28"/>
          <w:szCs w:val="28"/>
          <w:lang w:val="tr-TR"/>
        </w:rPr>
        <w:t xml:space="preserve"> FORMU</w:t>
      </w:r>
    </w:p>
    <w:p w14:paraId="0904DBA1" w14:textId="77777777" w:rsidR="00E4224C" w:rsidRDefault="00E4224C" w:rsidP="00E4224C">
      <w:pPr>
        <w:jc w:val="center"/>
        <w:rPr>
          <w:b/>
          <w:color w:val="1B365D"/>
          <w:sz w:val="17"/>
          <w:lang w:val="tr-TR"/>
        </w:rPr>
      </w:pPr>
    </w:p>
    <w:p w14:paraId="3EE997FE" w14:textId="77777777" w:rsidR="00E4224C" w:rsidRDefault="00E4224C" w:rsidP="00E4224C">
      <w:pPr>
        <w:jc w:val="center"/>
        <w:rPr>
          <w:b/>
          <w:color w:val="1B365D"/>
          <w:sz w:val="17"/>
          <w:lang w:val="tr-TR"/>
        </w:rPr>
      </w:pPr>
    </w:p>
    <w:p w14:paraId="06F6049C" w14:textId="77777777" w:rsidR="008707B9" w:rsidRDefault="008707B9" w:rsidP="00E4224C">
      <w:pPr>
        <w:jc w:val="center"/>
        <w:rPr>
          <w:b/>
          <w:color w:val="1B365D"/>
          <w:sz w:val="17"/>
          <w:lang w:val="tr-TR"/>
        </w:rPr>
      </w:pPr>
    </w:p>
    <w:tbl>
      <w:tblPr>
        <w:tblW w:w="8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"/>
        <w:gridCol w:w="1636"/>
        <w:gridCol w:w="2273"/>
        <w:gridCol w:w="2613"/>
        <w:gridCol w:w="2343"/>
      </w:tblGrid>
      <w:tr w:rsidR="008707B9" w:rsidRPr="00BC453E" w14:paraId="4729354F" w14:textId="77777777" w:rsidTr="008707B9">
        <w:trPr>
          <w:gridBefore w:val="1"/>
          <w:wBefore w:w="12" w:type="dxa"/>
          <w:trHeight w:val="313"/>
          <w:jc w:val="center"/>
        </w:trPr>
        <w:tc>
          <w:tcPr>
            <w:tcW w:w="39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A16D2" w14:textId="77777777" w:rsidR="008707B9" w:rsidRPr="00BC453E" w:rsidRDefault="008707B9" w:rsidP="003011EF">
            <w:pPr>
              <w:pStyle w:val="Balk2"/>
              <w:spacing w:after="240"/>
              <w:rPr>
                <w:rFonts w:cstheme="majorHAnsi"/>
                <w:sz w:val="20"/>
                <w:szCs w:val="20"/>
              </w:rPr>
            </w:pPr>
            <w:r w:rsidRPr="00BC453E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6704" behindDoc="1" locked="0" layoutInCell="1" allowOverlap="1" wp14:anchorId="5F8D0D6C" wp14:editId="4148E118">
                  <wp:simplePos x="0" y="0"/>
                  <wp:positionH relativeFrom="column">
                    <wp:posOffset>-541655</wp:posOffset>
                  </wp:positionH>
                  <wp:positionV relativeFrom="paragraph">
                    <wp:posOffset>109855</wp:posOffset>
                  </wp:positionV>
                  <wp:extent cx="1152525" cy="1137920"/>
                  <wp:effectExtent l="0" t="0" r="9525" b="5080"/>
                  <wp:wrapTight wrapText="bothSides">
                    <wp:wrapPolygon edited="0">
                      <wp:start x="7140" y="0"/>
                      <wp:lineTo x="4998" y="723"/>
                      <wp:lineTo x="0" y="4701"/>
                      <wp:lineTo x="0" y="14464"/>
                      <wp:lineTo x="1428" y="17357"/>
                      <wp:lineTo x="1428" y="18080"/>
                      <wp:lineTo x="6069" y="21335"/>
                      <wp:lineTo x="7140" y="21335"/>
                      <wp:lineTo x="14281" y="21335"/>
                      <wp:lineTo x="15352" y="21335"/>
                      <wp:lineTo x="19993" y="18080"/>
                      <wp:lineTo x="19993" y="17357"/>
                      <wp:lineTo x="21421" y="14464"/>
                      <wp:lineTo x="21421" y="4701"/>
                      <wp:lineTo x="16423" y="723"/>
                      <wp:lineTo x="14281" y="0"/>
                      <wp:lineTo x="7140" y="0"/>
                    </wp:wrapPolygon>
                  </wp:wrapTight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1137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81A4424" w14:textId="77777777" w:rsidR="008707B9" w:rsidRPr="00BC453E" w:rsidRDefault="008707B9" w:rsidP="003011EF">
            <w:pPr>
              <w:pStyle w:val="Balk2"/>
              <w:spacing w:after="240"/>
              <w:rPr>
                <w:rFonts w:cstheme="majorHAnsi"/>
                <w:sz w:val="20"/>
                <w:szCs w:val="20"/>
              </w:rPr>
            </w:pPr>
          </w:p>
          <w:p w14:paraId="42B4E85A" w14:textId="77777777" w:rsidR="008707B9" w:rsidRPr="00BC453E" w:rsidRDefault="008707B9" w:rsidP="003011EF">
            <w:pPr>
              <w:pStyle w:val="Balk2"/>
              <w:spacing w:after="240"/>
              <w:rPr>
                <w:rFonts w:cstheme="majorHAnsi"/>
                <w:sz w:val="20"/>
                <w:szCs w:val="20"/>
              </w:rPr>
            </w:pPr>
          </w:p>
          <w:p w14:paraId="3142A547" w14:textId="77777777" w:rsidR="008707B9" w:rsidRPr="00BC453E" w:rsidRDefault="008707B9" w:rsidP="003011EF">
            <w:pPr>
              <w:pStyle w:val="Balk2"/>
              <w:spacing w:after="240"/>
              <w:rPr>
                <w:rFonts w:cstheme="majorHAnsi"/>
                <w:sz w:val="20"/>
                <w:szCs w:val="20"/>
              </w:rPr>
            </w:pPr>
          </w:p>
          <w:p w14:paraId="64CB73CD" w14:textId="77777777" w:rsidR="008707B9" w:rsidRPr="00BC453E" w:rsidRDefault="008707B9" w:rsidP="003011EF">
            <w:pPr>
              <w:pStyle w:val="Balk2"/>
              <w:spacing w:after="240"/>
              <w:rPr>
                <w:rFonts w:cstheme="majorHAnsi"/>
                <w:sz w:val="20"/>
                <w:szCs w:val="20"/>
              </w:rPr>
            </w:pPr>
            <w:r w:rsidRPr="00BC453E">
              <w:rPr>
                <w:rFonts w:cstheme="majorHAnsi"/>
                <w:sz w:val="20"/>
                <w:szCs w:val="20"/>
              </w:rPr>
              <w:t>KALİTE KOORDİNATÖRLÜĞÜ</w:t>
            </w:r>
          </w:p>
          <w:p w14:paraId="6C266599" w14:textId="77777777" w:rsidR="008707B9" w:rsidRPr="00BC453E" w:rsidRDefault="008707B9" w:rsidP="003011EF">
            <w:pPr>
              <w:rPr>
                <w:szCs w:val="20"/>
              </w:rPr>
            </w:pPr>
          </w:p>
          <w:p w14:paraId="18148E87" w14:textId="77777777" w:rsidR="008707B9" w:rsidRPr="00BC453E" w:rsidRDefault="008707B9" w:rsidP="003011EF">
            <w:pPr>
              <w:rPr>
                <w:szCs w:val="20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C92E7" w14:textId="77777777" w:rsidR="008707B9" w:rsidRPr="00BC453E" w:rsidRDefault="008707B9" w:rsidP="003011EF">
            <w:pPr>
              <w:pStyle w:val="Balk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cstheme="majorHAnsi"/>
                <w:sz w:val="20"/>
                <w:szCs w:val="20"/>
              </w:rPr>
            </w:pPr>
            <w:proofErr w:type="spellStart"/>
            <w:r w:rsidRPr="00BC453E">
              <w:rPr>
                <w:rFonts w:cstheme="majorHAnsi"/>
                <w:sz w:val="20"/>
                <w:szCs w:val="20"/>
              </w:rPr>
              <w:t>Doküman</w:t>
            </w:r>
            <w:proofErr w:type="spellEnd"/>
            <w:r w:rsidRPr="00BC453E">
              <w:rPr>
                <w:rFonts w:cstheme="majorHAnsi"/>
                <w:sz w:val="20"/>
                <w:szCs w:val="20"/>
              </w:rPr>
              <w:t xml:space="preserve"> No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C9B28" w14:textId="4184CE50" w:rsidR="008707B9" w:rsidRPr="00BC453E" w:rsidRDefault="008707B9" w:rsidP="003011EF">
            <w:pPr>
              <w:pStyle w:val="Balk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cstheme="majorHAnsi"/>
                <w:sz w:val="20"/>
                <w:szCs w:val="20"/>
              </w:rPr>
            </w:pPr>
            <w:r w:rsidRPr="00BC453E">
              <w:rPr>
                <w:rFonts w:cstheme="majorHAnsi"/>
                <w:sz w:val="20"/>
                <w:szCs w:val="20"/>
              </w:rPr>
              <w:t>KAL-FR-00</w:t>
            </w:r>
            <w:r>
              <w:rPr>
                <w:rFonts w:cstheme="majorHAnsi"/>
                <w:sz w:val="20"/>
                <w:szCs w:val="20"/>
              </w:rPr>
              <w:t>2</w:t>
            </w:r>
          </w:p>
        </w:tc>
      </w:tr>
      <w:tr w:rsidR="008707B9" w:rsidRPr="00BC453E" w14:paraId="1C01270B" w14:textId="77777777" w:rsidTr="008707B9">
        <w:trPr>
          <w:gridBefore w:val="1"/>
          <w:wBefore w:w="12" w:type="dxa"/>
          <w:trHeight w:val="126"/>
          <w:jc w:val="center"/>
        </w:trPr>
        <w:tc>
          <w:tcPr>
            <w:tcW w:w="39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EE122" w14:textId="77777777" w:rsidR="008707B9" w:rsidRPr="00BC453E" w:rsidRDefault="008707B9" w:rsidP="003011EF">
            <w:pPr>
              <w:pStyle w:val="Balk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F8920" w14:textId="77777777" w:rsidR="008707B9" w:rsidRPr="00BC453E" w:rsidRDefault="008707B9" w:rsidP="003011EF">
            <w:pPr>
              <w:pStyle w:val="Balk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cstheme="majorHAnsi"/>
                <w:sz w:val="20"/>
                <w:szCs w:val="20"/>
              </w:rPr>
            </w:pPr>
            <w:r w:rsidRPr="00BC453E">
              <w:rPr>
                <w:rFonts w:cstheme="majorHAnsi"/>
                <w:sz w:val="20"/>
                <w:szCs w:val="20"/>
              </w:rPr>
              <w:t xml:space="preserve">İlk </w:t>
            </w:r>
            <w:proofErr w:type="spellStart"/>
            <w:r w:rsidRPr="00BC453E">
              <w:rPr>
                <w:rFonts w:cstheme="majorHAnsi"/>
                <w:sz w:val="20"/>
                <w:szCs w:val="20"/>
              </w:rPr>
              <w:t>Yayın</w:t>
            </w:r>
            <w:proofErr w:type="spellEnd"/>
            <w:r w:rsidRPr="00BC453E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BC453E">
              <w:rPr>
                <w:rFonts w:cstheme="majorHAnsi"/>
                <w:sz w:val="20"/>
                <w:szCs w:val="20"/>
              </w:rPr>
              <w:t>Tarihi</w:t>
            </w:r>
            <w:proofErr w:type="spellEnd"/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C7E2C" w14:textId="77777777" w:rsidR="008707B9" w:rsidRPr="00BC453E" w:rsidRDefault="008707B9" w:rsidP="003011EF">
            <w:pPr>
              <w:pStyle w:val="Balk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cstheme="majorHAnsi"/>
                <w:sz w:val="20"/>
                <w:szCs w:val="20"/>
              </w:rPr>
            </w:pPr>
            <w:r w:rsidRPr="00BC453E">
              <w:rPr>
                <w:rFonts w:cstheme="majorHAnsi"/>
                <w:sz w:val="20"/>
                <w:szCs w:val="20"/>
              </w:rPr>
              <w:t>30.09.2026</w:t>
            </w:r>
          </w:p>
        </w:tc>
      </w:tr>
      <w:tr w:rsidR="008707B9" w:rsidRPr="00BC453E" w14:paraId="59EF342D" w14:textId="77777777" w:rsidTr="008707B9">
        <w:trPr>
          <w:gridBefore w:val="1"/>
          <w:wBefore w:w="12" w:type="dxa"/>
          <w:trHeight w:val="272"/>
          <w:jc w:val="center"/>
        </w:trPr>
        <w:tc>
          <w:tcPr>
            <w:tcW w:w="39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3884A" w14:textId="77777777" w:rsidR="008707B9" w:rsidRPr="00BC453E" w:rsidRDefault="008707B9" w:rsidP="003011EF">
            <w:pPr>
              <w:pStyle w:val="Balk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0810A" w14:textId="77777777" w:rsidR="008707B9" w:rsidRPr="00BC453E" w:rsidRDefault="008707B9" w:rsidP="003011EF">
            <w:pPr>
              <w:pStyle w:val="Balk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cstheme="majorHAnsi"/>
                <w:sz w:val="20"/>
                <w:szCs w:val="20"/>
              </w:rPr>
            </w:pPr>
            <w:proofErr w:type="spellStart"/>
            <w:r w:rsidRPr="00BC453E">
              <w:rPr>
                <w:rFonts w:cstheme="majorHAnsi"/>
                <w:sz w:val="20"/>
                <w:szCs w:val="20"/>
              </w:rPr>
              <w:t>Revizyon</w:t>
            </w:r>
            <w:proofErr w:type="spellEnd"/>
            <w:r w:rsidRPr="00BC453E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BC453E">
              <w:rPr>
                <w:rFonts w:cstheme="majorHAnsi"/>
                <w:sz w:val="20"/>
                <w:szCs w:val="20"/>
              </w:rPr>
              <w:t>Tarihi</w:t>
            </w:r>
            <w:proofErr w:type="spellEnd"/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2FD60" w14:textId="77777777" w:rsidR="008707B9" w:rsidRPr="00BC453E" w:rsidRDefault="008707B9" w:rsidP="003011EF">
            <w:pPr>
              <w:pStyle w:val="Balk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cstheme="majorHAnsi"/>
                <w:sz w:val="20"/>
                <w:szCs w:val="20"/>
              </w:rPr>
            </w:pPr>
          </w:p>
        </w:tc>
      </w:tr>
      <w:tr w:rsidR="008707B9" w:rsidRPr="00BC453E" w14:paraId="76FD0756" w14:textId="77777777" w:rsidTr="008707B9">
        <w:trPr>
          <w:gridBefore w:val="1"/>
          <w:wBefore w:w="12" w:type="dxa"/>
          <w:trHeight w:val="126"/>
          <w:jc w:val="center"/>
        </w:trPr>
        <w:tc>
          <w:tcPr>
            <w:tcW w:w="39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181A8" w14:textId="77777777" w:rsidR="008707B9" w:rsidRPr="00BC453E" w:rsidRDefault="008707B9" w:rsidP="003011EF">
            <w:pPr>
              <w:pStyle w:val="Balk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7E5AB" w14:textId="77777777" w:rsidR="008707B9" w:rsidRPr="00BC453E" w:rsidRDefault="008707B9" w:rsidP="003011EF">
            <w:pPr>
              <w:pStyle w:val="Balk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cstheme="majorHAnsi"/>
                <w:sz w:val="20"/>
                <w:szCs w:val="20"/>
              </w:rPr>
            </w:pPr>
            <w:proofErr w:type="spellStart"/>
            <w:r w:rsidRPr="00BC453E">
              <w:rPr>
                <w:rFonts w:cstheme="majorHAnsi"/>
                <w:sz w:val="20"/>
                <w:szCs w:val="20"/>
              </w:rPr>
              <w:t>Revizyon</w:t>
            </w:r>
            <w:proofErr w:type="spellEnd"/>
            <w:r w:rsidRPr="00BC453E">
              <w:rPr>
                <w:rFonts w:cstheme="majorHAnsi"/>
                <w:sz w:val="20"/>
                <w:szCs w:val="20"/>
              </w:rPr>
              <w:t xml:space="preserve"> No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2B094" w14:textId="77777777" w:rsidR="008707B9" w:rsidRPr="00BC453E" w:rsidRDefault="008707B9" w:rsidP="003011EF">
            <w:pPr>
              <w:pStyle w:val="Balk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cstheme="majorHAnsi"/>
                <w:sz w:val="20"/>
                <w:szCs w:val="20"/>
              </w:rPr>
            </w:pPr>
            <w:r w:rsidRPr="00BC453E">
              <w:rPr>
                <w:rFonts w:cstheme="majorHAnsi"/>
                <w:sz w:val="20"/>
                <w:szCs w:val="20"/>
              </w:rPr>
              <w:t>00</w:t>
            </w:r>
          </w:p>
        </w:tc>
      </w:tr>
      <w:tr w:rsidR="008707B9" w:rsidRPr="00BC453E" w14:paraId="36DD36D3" w14:textId="77777777" w:rsidTr="008707B9">
        <w:trPr>
          <w:gridBefore w:val="1"/>
          <w:wBefore w:w="12" w:type="dxa"/>
          <w:trHeight w:val="126"/>
          <w:jc w:val="center"/>
        </w:trPr>
        <w:tc>
          <w:tcPr>
            <w:tcW w:w="39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6BE5" w14:textId="77777777" w:rsidR="008707B9" w:rsidRPr="00BC453E" w:rsidRDefault="008707B9" w:rsidP="003011EF">
            <w:pPr>
              <w:pStyle w:val="Balk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B218F" w14:textId="77777777" w:rsidR="008707B9" w:rsidRPr="00BC453E" w:rsidRDefault="008707B9" w:rsidP="003011EF">
            <w:pPr>
              <w:pStyle w:val="Balk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cstheme="majorHAnsi"/>
                <w:sz w:val="20"/>
                <w:szCs w:val="20"/>
              </w:rPr>
            </w:pPr>
            <w:proofErr w:type="spellStart"/>
            <w:r w:rsidRPr="00BC453E">
              <w:rPr>
                <w:rFonts w:cstheme="majorHAnsi"/>
                <w:sz w:val="20"/>
                <w:szCs w:val="20"/>
              </w:rPr>
              <w:t>Sayfa</w:t>
            </w:r>
            <w:proofErr w:type="spellEnd"/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33DF8" w14:textId="77777777" w:rsidR="008707B9" w:rsidRPr="00BC453E" w:rsidRDefault="008707B9" w:rsidP="003011EF">
            <w:pPr>
              <w:pStyle w:val="Balk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cstheme="majorHAnsi"/>
                <w:sz w:val="20"/>
                <w:szCs w:val="20"/>
              </w:rPr>
            </w:pPr>
            <w:r w:rsidRPr="00BC453E">
              <w:rPr>
                <w:rFonts w:cstheme="majorHAnsi"/>
                <w:sz w:val="20"/>
                <w:szCs w:val="20"/>
              </w:rPr>
              <w:t>8</w:t>
            </w:r>
          </w:p>
        </w:tc>
      </w:tr>
      <w:tr w:rsidR="00705915" w:rsidRPr="00E4224C" w14:paraId="2C55B78B" w14:textId="77777777" w:rsidTr="008707B9">
        <w:tblPrEx>
          <w:tblLook w:val="04A0" w:firstRow="1" w:lastRow="0" w:firstColumn="1" w:lastColumn="0" w:noHBand="0" w:noVBand="1"/>
        </w:tblPrEx>
        <w:trPr>
          <w:cantSplit/>
          <w:trHeight w:val="673"/>
          <w:jc w:val="center"/>
        </w:trPr>
        <w:tc>
          <w:tcPr>
            <w:tcW w:w="1648" w:type="dxa"/>
            <w:gridSpan w:val="2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383701" w14:textId="0DE26794" w:rsidR="00705915" w:rsidRPr="00E4224C" w:rsidRDefault="00705915" w:rsidP="00705915">
            <w:pPr>
              <w:jc w:val="center"/>
              <w:rPr>
                <w:b/>
                <w:color w:val="1B365D"/>
                <w:sz w:val="17"/>
                <w:lang w:val="tr-TR"/>
              </w:rPr>
            </w:pPr>
            <w:r>
              <w:rPr>
                <w:b/>
                <w:color w:val="1B365D"/>
                <w:sz w:val="17"/>
                <w:lang w:val="tr-TR"/>
              </w:rPr>
              <w:t xml:space="preserve">Dokumanın Açıklaması </w:t>
            </w:r>
          </w:p>
        </w:tc>
        <w:tc>
          <w:tcPr>
            <w:tcW w:w="7229" w:type="dxa"/>
            <w:gridSpan w:val="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2F6DC4" w14:textId="77777777" w:rsidR="00705915" w:rsidRPr="00E4224C" w:rsidRDefault="00705915" w:rsidP="00705915">
            <w:pPr>
              <w:rPr>
                <w:lang w:val="tr-TR"/>
              </w:rPr>
            </w:pPr>
            <w:r w:rsidRPr="00E4224C">
              <w:rPr>
                <w:i/>
                <w:lang w:val="tr-TR"/>
              </w:rPr>
              <w:t>Danışmanlığının amacı; öğrencilere, eğitim-öğretim konuları başta olmak üzere, karşılaşacakları sorunların çözümünde yardımcı olmak, öğrencilere rehberlik etmek, mesleki açıdan yönlendirmek, yaşam boyu öğrenme alışkanlığı kazandırmak, Üniversite ve Fakülte/Yüksekokul olanakları hakkında bilgilendirmek, başarı durumlarını izlemek ve başarısızlık durumunda yönlendirmek, ders seçiminde yardımcı olmaktır</w:t>
            </w:r>
            <w:r w:rsidRPr="00E4224C">
              <w:rPr>
                <w:lang w:val="tr-TR"/>
              </w:rPr>
              <w:t>” ifade edilmektedir.  Aynı yönergenin 8’inci maddesinde “</w:t>
            </w:r>
            <w:r w:rsidRPr="00E4224C">
              <w:rPr>
                <w:i/>
                <w:lang w:val="tr-TR"/>
              </w:rPr>
              <w:t>Danışmanlar Kurulu, bir eğitim programı uygulayarak tek tür diploma veren Fakülte/Yüksekokulda Dekan/Müdür; birden çok program uygulayan Fakülte/Yüksekokulda ilgili Bölüm Başkanının başkanlığında bölümdeki öğrenci danışmanları ve bölüm temsilcisinden oluşur. Danışmanlar Kurulu her eğitim-öğretim döneminde en az iki kez toplanarak yaptıkları öğrenci danışmanlık hizmetleri ile ilgili bilgi alışverişinde bulunur, varsa sorunları ve önerileri içeren bir rapor hazırlayarak Fakülte Dekanlığına/Yüksekokul Müdürlüğüne iletilmek üzere Bölüm Başkanlığına (bir eğitim programı uygulayarak tek tür diploma veren Fakülte/Yüksekokulda Dekana/Müdüre) sunarlar</w:t>
            </w:r>
            <w:r w:rsidRPr="00E4224C">
              <w:rPr>
                <w:lang w:val="tr-TR"/>
              </w:rPr>
              <w:t>” şeklinde belirtilmektedir.</w:t>
            </w:r>
          </w:p>
          <w:p w14:paraId="3C92D69D" w14:textId="77777777" w:rsidR="00705915" w:rsidRPr="00E4224C" w:rsidRDefault="00705915" w:rsidP="00705915">
            <w:pPr>
              <w:rPr>
                <w:lang w:val="tr-TR"/>
              </w:rPr>
            </w:pPr>
            <w:r>
              <w:rPr>
                <w:lang w:val="tr-TR"/>
              </w:rPr>
              <w:t xml:space="preserve">Fakülte Danışmanlar Kurulu </w:t>
            </w:r>
            <w:r w:rsidRPr="00E4224C">
              <w:rPr>
                <w:lang w:val="tr-TR"/>
              </w:rPr>
              <w:t>öğrencilerin eğitim-öğretim başta olmak üzere sunulan hizmetler konusunda geribildirimlerin alınması, değerlendirilmesi ve gerekli iyileştirmelerin yapılması amacıyla Öğrenci Danışmanlığı raporunun</w:t>
            </w:r>
            <w:r>
              <w:rPr>
                <w:lang w:val="tr-TR"/>
              </w:rPr>
              <w:t xml:space="preserve"> </w:t>
            </w:r>
            <w:r w:rsidRPr="00E4224C">
              <w:rPr>
                <w:lang w:val="tr-TR"/>
              </w:rPr>
              <w:t xml:space="preserve">hazırlanmasında rehberlik etmek üzere bu </w:t>
            </w:r>
            <w:proofErr w:type="gramStart"/>
            <w:r w:rsidRPr="00E4224C">
              <w:rPr>
                <w:lang w:val="tr-TR"/>
              </w:rPr>
              <w:t>doküman</w:t>
            </w:r>
            <w:proofErr w:type="gramEnd"/>
            <w:r w:rsidRPr="00E4224C">
              <w:rPr>
                <w:lang w:val="tr-TR"/>
              </w:rPr>
              <w:t xml:space="preserve"> hazırlanmıştır. </w:t>
            </w:r>
          </w:p>
          <w:p w14:paraId="4131BE13" w14:textId="77777777" w:rsidR="00705915" w:rsidRPr="00E4224C" w:rsidRDefault="00705915" w:rsidP="00705915">
            <w:pPr>
              <w:jc w:val="center"/>
              <w:rPr>
                <w:b/>
                <w:color w:val="1B365D"/>
                <w:sz w:val="17"/>
                <w:lang w:val="tr-TR"/>
              </w:rPr>
            </w:pPr>
          </w:p>
        </w:tc>
      </w:tr>
    </w:tbl>
    <w:p w14:paraId="55ED11B1" w14:textId="77777777" w:rsidR="00E4224C" w:rsidRPr="00E4224C" w:rsidRDefault="00E4224C" w:rsidP="00E4224C">
      <w:pPr>
        <w:jc w:val="center"/>
        <w:rPr>
          <w:b/>
          <w:color w:val="1B365D"/>
          <w:sz w:val="17"/>
          <w:lang w:val="tr-TR"/>
        </w:rPr>
      </w:pPr>
    </w:p>
    <w:p w14:paraId="02CCA5F2" w14:textId="77777777" w:rsidR="00E4224C" w:rsidRDefault="00E4224C" w:rsidP="00E4224C">
      <w:pPr>
        <w:jc w:val="center"/>
        <w:rPr>
          <w:b/>
          <w:bCs/>
          <w:color w:val="1B365D"/>
          <w:sz w:val="17"/>
          <w:lang w:val="tr-TR"/>
        </w:rPr>
      </w:pPr>
    </w:p>
    <w:p w14:paraId="3128C314" w14:textId="30DB6C6A" w:rsidR="002A0360" w:rsidRDefault="007779FD" w:rsidP="007779FD">
      <w:r>
        <w:rPr>
          <w:b/>
          <w:color w:val="1B365D"/>
          <w:sz w:val="28"/>
        </w:rPr>
        <w:lastRenderedPageBreak/>
        <w:t>………….</w:t>
      </w:r>
      <w:r w:rsidR="00000000">
        <w:rPr>
          <w:b/>
          <w:color w:val="1B365D"/>
          <w:sz w:val="28"/>
        </w:rPr>
        <w:t xml:space="preserve"> FAKÜLTESİ</w:t>
      </w:r>
      <w:r w:rsidR="00000000">
        <w:rPr>
          <w:b/>
          <w:color w:val="1B365D"/>
          <w:sz w:val="28"/>
        </w:rPr>
        <w:br/>
      </w:r>
      <w:r w:rsidR="00E4224C">
        <w:rPr>
          <w:b/>
          <w:color w:val="B42828"/>
          <w:sz w:val="26"/>
        </w:rPr>
        <w:t xml:space="preserve">ÖĞRENCİ </w:t>
      </w:r>
      <w:r w:rsidR="00000000">
        <w:rPr>
          <w:b/>
          <w:color w:val="B42828"/>
          <w:sz w:val="26"/>
        </w:rPr>
        <w:t>DANIŞMA</w:t>
      </w:r>
      <w:r w:rsidR="00E4224C">
        <w:rPr>
          <w:b/>
          <w:color w:val="B42828"/>
          <w:sz w:val="26"/>
        </w:rPr>
        <w:t xml:space="preserve">NLIK </w:t>
      </w:r>
      <w:r w:rsidR="00000000">
        <w:rPr>
          <w:b/>
          <w:color w:val="B42828"/>
          <w:sz w:val="26"/>
        </w:rPr>
        <w:t>RAPORU – 2025</w:t>
      </w:r>
    </w:p>
    <w:p w14:paraId="25640A30" w14:textId="77777777" w:rsidR="00705915" w:rsidRDefault="00705915">
      <w:pPr>
        <w:rPr>
          <w:b/>
          <w:color w:val="1B365D"/>
          <w:sz w:val="22"/>
        </w:rPr>
      </w:pPr>
    </w:p>
    <w:p w14:paraId="0EFD6AFB" w14:textId="7E29D1D6" w:rsidR="002A0360" w:rsidRPr="00787E98" w:rsidRDefault="00000000">
      <w:pPr>
        <w:rPr>
          <w:sz w:val="24"/>
          <w:szCs w:val="24"/>
        </w:rPr>
      </w:pPr>
      <w:r w:rsidRPr="00787E98">
        <w:rPr>
          <w:b/>
          <w:color w:val="1B365D"/>
          <w:sz w:val="24"/>
          <w:szCs w:val="24"/>
        </w:rPr>
        <w:t>1. GENEL BİLGİLER VE TOPLANTI ÖZETİ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3168"/>
        <w:gridCol w:w="6624"/>
      </w:tblGrid>
      <w:tr w:rsidR="002A0360" w14:paraId="5CF11EF1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FDD941" w14:textId="77777777" w:rsidR="002A0360" w:rsidRDefault="00000000">
            <w:r>
              <w:rPr>
                <w:b/>
                <w:color w:val="1B365D"/>
                <w:sz w:val="19"/>
              </w:rPr>
              <w:t>Kurulun Adı</w:t>
            </w:r>
          </w:p>
        </w:tc>
        <w:tc>
          <w:tcPr>
            <w:tcW w:w="66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8463AF" w14:textId="3FE48A14" w:rsidR="002A0360" w:rsidRDefault="007779FD">
            <w:r>
              <w:rPr>
                <w:sz w:val="19"/>
              </w:rPr>
              <w:t xml:space="preserve"> </w:t>
            </w:r>
          </w:p>
        </w:tc>
      </w:tr>
      <w:tr w:rsidR="002A0360" w14:paraId="0C11173B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3CF2BF" w14:textId="77777777" w:rsidR="002A0360" w:rsidRDefault="00000000">
            <w:proofErr w:type="spellStart"/>
            <w:r>
              <w:rPr>
                <w:b/>
                <w:color w:val="1B365D"/>
                <w:sz w:val="19"/>
              </w:rPr>
              <w:t>Toplantı</w:t>
            </w:r>
            <w:proofErr w:type="spellEnd"/>
            <w:r>
              <w:rPr>
                <w:b/>
                <w:color w:val="1B365D"/>
                <w:sz w:val="19"/>
              </w:rPr>
              <w:t xml:space="preserve"> </w:t>
            </w:r>
            <w:proofErr w:type="spellStart"/>
            <w:r>
              <w:rPr>
                <w:b/>
                <w:color w:val="1B365D"/>
                <w:sz w:val="19"/>
              </w:rPr>
              <w:t>Tarihi</w:t>
            </w:r>
            <w:proofErr w:type="spellEnd"/>
          </w:p>
        </w:tc>
        <w:tc>
          <w:tcPr>
            <w:tcW w:w="66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395225" w14:textId="597CEA73" w:rsidR="002A0360" w:rsidRDefault="002A0360"/>
        </w:tc>
      </w:tr>
      <w:tr w:rsidR="002A0360" w14:paraId="351AD6EB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B4F858" w14:textId="77777777" w:rsidR="002A0360" w:rsidRDefault="00000000">
            <w:r>
              <w:rPr>
                <w:b/>
                <w:color w:val="1B365D"/>
                <w:sz w:val="19"/>
              </w:rPr>
              <w:t>Toplantının Yapılış Şekli</w:t>
            </w:r>
          </w:p>
        </w:tc>
        <w:tc>
          <w:tcPr>
            <w:tcW w:w="66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A80D80" w14:textId="2677742B" w:rsidR="002A0360" w:rsidRDefault="007779FD">
            <w:r>
              <w:rPr>
                <w:sz w:val="19"/>
              </w:rPr>
              <w:t xml:space="preserve"> </w:t>
            </w:r>
          </w:p>
        </w:tc>
      </w:tr>
      <w:tr w:rsidR="002A0360" w14:paraId="6B4E34B2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B3D308" w14:textId="77777777" w:rsidR="002A0360" w:rsidRDefault="00000000">
            <w:r>
              <w:rPr>
                <w:b/>
                <w:color w:val="1B365D"/>
                <w:sz w:val="19"/>
              </w:rPr>
              <w:t>Uygulama Dönemi</w:t>
            </w:r>
          </w:p>
        </w:tc>
        <w:tc>
          <w:tcPr>
            <w:tcW w:w="66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B3B5B1" w14:textId="3D80213F" w:rsidR="002A0360" w:rsidRDefault="007779FD">
            <w:r>
              <w:rPr>
                <w:sz w:val="19"/>
              </w:rPr>
              <w:t xml:space="preserve"> </w:t>
            </w:r>
          </w:p>
        </w:tc>
      </w:tr>
      <w:tr w:rsidR="002A0360" w14:paraId="5614A618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4871FF" w14:textId="77777777" w:rsidR="002A0360" w:rsidRDefault="00000000">
            <w:r>
              <w:rPr>
                <w:b/>
                <w:color w:val="1B365D"/>
                <w:sz w:val="19"/>
              </w:rPr>
              <w:t>Toplantı Gündemi</w:t>
            </w:r>
          </w:p>
        </w:tc>
        <w:tc>
          <w:tcPr>
            <w:tcW w:w="66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4A1BAE" w14:textId="7788561C" w:rsidR="002A0360" w:rsidRDefault="00000000">
            <w:r>
              <w:rPr>
                <w:sz w:val="19"/>
              </w:rPr>
              <w:t>1</w:t>
            </w:r>
            <w:r>
              <w:rPr>
                <w:sz w:val="19"/>
              </w:rPr>
              <w:br/>
            </w:r>
          </w:p>
        </w:tc>
      </w:tr>
    </w:tbl>
    <w:p w14:paraId="7134D649" w14:textId="77777777" w:rsidR="002A0360" w:rsidRDefault="002A0360"/>
    <w:p w14:paraId="7C00FEC1" w14:textId="78B96748" w:rsidR="00787E98" w:rsidRPr="00787E98" w:rsidRDefault="00787E98">
      <w:pPr>
        <w:rPr>
          <w:sz w:val="24"/>
          <w:szCs w:val="24"/>
        </w:rPr>
      </w:pPr>
      <w:r w:rsidRPr="00787E98">
        <w:rPr>
          <w:b/>
          <w:color w:val="1B365D"/>
          <w:sz w:val="24"/>
          <w:szCs w:val="24"/>
        </w:rPr>
        <w:t xml:space="preserve">DANIŞMANLIK HİZMETİ UYGULAMA SÜRECİ </w:t>
      </w:r>
      <w:proofErr w:type="spellStart"/>
      <w:r w:rsidRPr="00787E98">
        <w:rPr>
          <w:b/>
          <w:color w:val="1B365D"/>
          <w:sz w:val="24"/>
          <w:szCs w:val="24"/>
        </w:rPr>
        <w:t>ve</w:t>
      </w:r>
      <w:proofErr w:type="spellEnd"/>
      <w:r w:rsidRPr="00787E98">
        <w:rPr>
          <w:b/>
          <w:color w:val="1B365D"/>
          <w:sz w:val="24"/>
          <w:szCs w:val="24"/>
        </w:rPr>
        <w:t xml:space="preserve"> GENEL BİLGİLER</w:t>
      </w:r>
    </w:p>
    <w:tbl>
      <w:tblPr>
        <w:tblStyle w:val="ListeTablo3-Vurgu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F243E" w:themeFill="text2" w:themeFillShade="80"/>
        <w:tblLook w:val="04A0" w:firstRow="1" w:lastRow="0" w:firstColumn="1" w:lastColumn="0" w:noHBand="0" w:noVBand="1"/>
      </w:tblPr>
      <w:tblGrid>
        <w:gridCol w:w="2015"/>
        <w:gridCol w:w="2015"/>
        <w:gridCol w:w="2015"/>
        <w:gridCol w:w="2015"/>
        <w:gridCol w:w="2016"/>
      </w:tblGrid>
      <w:tr w:rsidR="00787E98" w:rsidRPr="00787E98" w14:paraId="7A4F62AE" w14:textId="77777777" w:rsidTr="00787E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15" w:type="dxa"/>
            <w:tcBorders>
              <w:bottom w:val="none" w:sz="0" w:space="0" w:color="auto"/>
              <w:right w:val="none" w:sz="0" w:space="0" w:color="auto"/>
            </w:tcBorders>
            <w:shd w:val="clear" w:color="auto" w:fill="0F243E" w:themeFill="text2" w:themeFillShade="80"/>
          </w:tcPr>
          <w:p w14:paraId="043CB8DA" w14:textId="14A28C42" w:rsidR="00787E98" w:rsidRPr="00787E98" w:rsidRDefault="00787E98">
            <w:pPr>
              <w:rPr>
                <w:color w:val="FFFFFF" w:themeColor="background1"/>
              </w:rPr>
            </w:pPr>
            <w:proofErr w:type="spellStart"/>
            <w:r w:rsidRPr="00787E98">
              <w:rPr>
                <w:b w:val="0"/>
                <w:bCs w:val="0"/>
                <w:color w:val="FFFFFF" w:themeColor="background1"/>
              </w:rPr>
              <w:t>Bölüm</w:t>
            </w:r>
            <w:proofErr w:type="spellEnd"/>
            <w:r w:rsidRPr="00787E98">
              <w:rPr>
                <w:b w:val="0"/>
                <w:bCs w:val="0"/>
                <w:color w:val="FFFFFF" w:themeColor="background1"/>
              </w:rPr>
              <w:t>/Program</w:t>
            </w:r>
          </w:p>
        </w:tc>
        <w:tc>
          <w:tcPr>
            <w:tcW w:w="2015" w:type="dxa"/>
            <w:shd w:val="clear" w:color="auto" w:fill="0F243E" w:themeFill="text2" w:themeFillShade="80"/>
          </w:tcPr>
          <w:p w14:paraId="288C425D" w14:textId="7AA3F535" w:rsidR="00787E98" w:rsidRPr="00787E98" w:rsidRDefault="00787E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proofErr w:type="spellStart"/>
            <w:r>
              <w:rPr>
                <w:color w:val="FFFFFF" w:themeColor="background1"/>
              </w:rPr>
              <w:t>Öğrenci</w:t>
            </w:r>
            <w:proofErr w:type="spellEnd"/>
            <w:r>
              <w:rPr>
                <w:color w:val="FFFFFF" w:themeColor="background1"/>
              </w:rPr>
              <w:t xml:space="preserve"> </w:t>
            </w:r>
            <w:proofErr w:type="spellStart"/>
            <w:r>
              <w:rPr>
                <w:color w:val="FFFFFF" w:themeColor="background1"/>
              </w:rPr>
              <w:t>Sayısı</w:t>
            </w:r>
            <w:proofErr w:type="spellEnd"/>
          </w:p>
        </w:tc>
        <w:tc>
          <w:tcPr>
            <w:tcW w:w="2015" w:type="dxa"/>
            <w:shd w:val="clear" w:color="auto" w:fill="0F243E" w:themeFill="text2" w:themeFillShade="80"/>
          </w:tcPr>
          <w:p w14:paraId="27DAA1FC" w14:textId="2D459BF2" w:rsidR="00787E98" w:rsidRPr="00787E98" w:rsidRDefault="00787E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proofErr w:type="spellStart"/>
            <w:r>
              <w:rPr>
                <w:color w:val="FFFFFF" w:themeColor="background1"/>
              </w:rPr>
              <w:t>Danışman</w:t>
            </w:r>
            <w:proofErr w:type="spellEnd"/>
            <w:r>
              <w:rPr>
                <w:color w:val="FFFFFF" w:themeColor="background1"/>
              </w:rPr>
              <w:t xml:space="preserve"> Sayısı</w:t>
            </w:r>
          </w:p>
        </w:tc>
        <w:tc>
          <w:tcPr>
            <w:tcW w:w="2015" w:type="dxa"/>
            <w:shd w:val="clear" w:color="auto" w:fill="0F243E" w:themeFill="text2" w:themeFillShade="80"/>
          </w:tcPr>
          <w:p w14:paraId="0984FCDE" w14:textId="0ED29340" w:rsidR="00787E98" w:rsidRPr="00787E98" w:rsidRDefault="00787E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proofErr w:type="spellStart"/>
            <w:r>
              <w:rPr>
                <w:color w:val="FFFFFF" w:themeColor="background1"/>
              </w:rPr>
              <w:t>Danışman</w:t>
            </w:r>
            <w:proofErr w:type="spellEnd"/>
            <w:r>
              <w:rPr>
                <w:color w:val="FFFFFF" w:themeColor="background1"/>
              </w:rPr>
              <w:t xml:space="preserve"> </w:t>
            </w:r>
            <w:proofErr w:type="spellStart"/>
            <w:r>
              <w:rPr>
                <w:color w:val="FFFFFF" w:themeColor="background1"/>
              </w:rPr>
              <w:t>başına</w:t>
            </w:r>
            <w:proofErr w:type="spellEnd"/>
            <w:r>
              <w:rPr>
                <w:color w:val="FFFFFF" w:themeColor="background1"/>
              </w:rPr>
              <w:t xml:space="preserve"> </w:t>
            </w:r>
            <w:proofErr w:type="spellStart"/>
            <w:r>
              <w:rPr>
                <w:color w:val="FFFFFF" w:themeColor="background1"/>
              </w:rPr>
              <w:t>öğrenci</w:t>
            </w:r>
            <w:proofErr w:type="spellEnd"/>
            <w:r>
              <w:rPr>
                <w:color w:val="FFFFFF" w:themeColor="background1"/>
              </w:rPr>
              <w:t xml:space="preserve"> </w:t>
            </w:r>
            <w:proofErr w:type="spellStart"/>
            <w:r>
              <w:rPr>
                <w:color w:val="FFFFFF" w:themeColor="background1"/>
              </w:rPr>
              <w:t>sayısı</w:t>
            </w:r>
            <w:proofErr w:type="spellEnd"/>
          </w:p>
        </w:tc>
        <w:tc>
          <w:tcPr>
            <w:tcW w:w="2016" w:type="dxa"/>
            <w:shd w:val="clear" w:color="auto" w:fill="0F243E" w:themeFill="text2" w:themeFillShade="80"/>
          </w:tcPr>
          <w:p w14:paraId="4DE58C97" w14:textId="0D8E6936" w:rsidR="00787E98" w:rsidRPr="00787E98" w:rsidRDefault="00787E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proofErr w:type="spellStart"/>
            <w:r>
              <w:rPr>
                <w:color w:val="FFFFFF" w:themeColor="background1"/>
              </w:rPr>
              <w:t>Öğrencilerle</w:t>
            </w:r>
            <w:proofErr w:type="spellEnd"/>
            <w:r>
              <w:rPr>
                <w:color w:val="FFFFFF" w:themeColor="background1"/>
              </w:rPr>
              <w:t xml:space="preserve"> iletişim yöntemleri</w:t>
            </w:r>
          </w:p>
        </w:tc>
      </w:tr>
      <w:tr w:rsidR="00787E98" w:rsidRPr="00787E98" w14:paraId="691A93B3" w14:textId="77777777" w:rsidTr="00787E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2C9C470" w14:textId="77777777" w:rsidR="00787E98" w:rsidRPr="00787E98" w:rsidRDefault="00787E98">
            <w:pPr>
              <w:rPr>
                <w:b w:val="0"/>
                <w:bCs w:val="0"/>
                <w:color w:val="FFFFFF" w:themeColor="background1"/>
              </w:rPr>
            </w:pPr>
          </w:p>
        </w:tc>
        <w:tc>
          <w:tcPr>
            <w:tcW w:w="2015" w:type="dxa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7181DE2B" w14:textId="77777777" w:rsidR="00787E98" w:rsidRDefault="00787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2015" w:type="dxa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1E34FD87" w14:textId="77777777" w:rsidR="00787E98" w:rsidRDefault="00787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2015" w:type="dxa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71EED8B7" w14:textId="77777777" w:rsidR="00787E98" w:rsidRDefault="00787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2016" w:type="dxa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72FCD8EB" w14:textId="77777777" w:rsidR="00787E98" w:rsidRDefault="00787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</w:tr>
      <w:tr w:rsidR="00787E98" w:rsidRPr="00787E98" w14:paraId="5BD71B94" w14:textId="77777777" w:rsidTr="00787E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dxa"/>
            <w:tcBorders>
              <w:right w:val="none" w:sz="0" w:space="0" w:color="auto"/>
            </w:tcBorders>
          </w:tcPr>
          <w:p w14:paraId="67B3A70C" w14:textId="77777777" w:rsidR="00787E98" w:rsidRPr="00787E98" w:rsidRDefault="00787E98">
            <w:pPr>
              <w:rPr>
                <w:b w:val="0"/>
                <w:bCs w:val="0"/>
                <w:color w:val="FFFFFF" w:themeColor="background1"/>
              </w:rPr>
            </w:pPr>
          </w:p>
        </w:tc>
        <w:tc>
          <w:tcPr>
            <w:tcW w:w="2015" w:type="dxa"/>
            <w:shd w:val="clear" w:color="auto" w:fill="FFFFFF" w:themeFill="background1"/>
          </w:tcPr>
          <w:p w14:paraId="721C6A39" w14:textId="77777777" w:rsidR="00787E98" w:rsidRDefault="00787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2015" w:type="dxa"/>
            <w:shd w:val="clear" w:color="auto" w:fill="FFFFFF" w:themeFill="background1"/>
          </w:tcPr>
          <w:p w14:paraId="4723F801" w14:textId="77777777" w:rsidR="00787E98" w:rsidRDefault="00787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2015" w:type="dxa"/>
            <w:shd w:val="clear" w:color="auto" w:fill="FFFFFF" w:themeFill="background1"/>
          </w:tcPr>
          <w:p w14:paraId="49EE1C66" w14:textId="77777777" w:rsidR="00787E98" w:rsidRDefault="00787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2016" w:type="dxa"/>
            <w:shd w:val="clear" w:color="auto" w:fill="FFFFFF" w:themeFill="background1"/>
          </w:tcPr>
          <w:p w14:paraId="4EC44D52" w14:textId="77777777" w:rsidR="00787E98" w:rsidRDefault="00787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</w:tr>
      <w:tr w:rsidR="00787E98" w:rsidRPr="00787E98" w14:paraId="44BBE72E" w14:textId="77777777" w:rsidTr="00787E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B9A21CE" w14:textId="77777777" w:rsidR="00787E98" w:rsidRPr="00787E98" w:rsidRDefault="00787E98">
            <w:pPr>
              <w:rPr>
                <w:b w:val="0"/>
                <w:bCs w:val="0"/>
                <w:color w:val="FFFFFF" w:themeColor="background1"/>
              </w:rPr>
            </w:pPr>
          </w:p>
        </w:tc>
        <w:tc>
          <w:tcPr>
            <w:tcW w:w="2015" w:type="dxa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430FC0B1" w14:textId="77777777" w:rsidR="00787E98" w:rsidRDefault="00787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2015" w:type="dxa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4E600C82" w14:textId="77777777" w:rsidR="00787E98" w:rsidRDefault="00787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2015" w:type="dxa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55CCB8A2" w14:textId="77777777" w:rsidR="00787E98" w:rsidRDefault="00787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2016" w:type="dxa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29D3FDCA" w14:textId="77777777" w:rsidR="00787E98" w:rsidRDefault="00787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</w:tr>
      <w:tr w:rsidR="00787E98" w:rsidRPr="00787E98" w14:paraId="65BA73F2" w14:textId="77777777" w:rsidTr="00787E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dxa"/>
            <w:tcBorders>
              <w:right w:val="none" w:sz="0" w:space="0" w:color="auto"/>
            </w:tcBorders>
          </w:tcPr>
          <w:p w14:paraId="53BC21C5" w14:textId="77777777" w:rsidR="00787E98" w:rsidRPr="00787E98" w:rsidRDefault="00787E98">
            <w:pPr>
              <w:rPr>
                <w:b w:val="0"/>
                <w:bCs w:val="0"/>
                <w:color w:val="FFFFFF" w:themeColor="background1"/>
              </w:rPr>
            </w:pPr>
          </w:p>
        </w:tc>
        <w:tc>
          <w:tcPr>
            <w:tcW w:w="2015" w:type="dxa"/>
            <w:shd w:val="clear" w:color="auto" w:fill="FFFFFF" w:themeFill="background1"/>
          </w:tcPr>
          <w:p w14:paraId="73686DF0" w14:textId="77777777" w:rsidR="00787E98" w:rsidRDefault="00787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2015" w:type="dxa"/>
            <w:shd w:val="clear" w:color="auto" w:fill="FFFFFF" w:themeFill="background1"/>
          </w:tcPr>
          <w:p w14:paraId="084E7532" w14:textId="77777777" w:rsidR="00787E98" w:rsidRDefault="00787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2015" w:type="dxa"/>
            <w:shd w:val="clear" w:color="auto" w:fill="FFFFFF" w:themeFill="background1"/>
          </w:tcPr>
          <w:p w14:paraId="44F2ACF2" w14:textId="77777777" w:rsidR="00787E98" w:rsidRDefault="00787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2016" w:type="dxa"/>
            <w:shd w:val="clear" w:color="auto" w:fill="FFFFFF" w:themeFill="background1"/>
          </w:tcPr>
          <w:p w14:paraId="2CE19915" w14:textId="77777777" w:rsidR="00787E98" w:rsidRDefault="00787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</w:tr>
      <w:tr w:rsidR="00787E98" w:rsidRPr="00787E98" w14:paraId="7A141527" w14:textId="77777777" w:rsidTr="00787E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CDA24CD" w14:textId="77777777" w:rsidR="00787E98" w:rsidRPr="00787E98" w:rsidRDefault="00787E98">
            <w:pPr>
              <w:rPr>
                <w:b w:val="0"/>
                <w:bCs w:val="0"/>
                <w:color w:val="FFFFFF" w:themeColor="background1"/>
              </w:rPr>
            </w:pPr>
          </w:p>
        </w:tc>
        <w:tc>
          <w:tcPr>
            <w:tcW w:w="2015" w:type="dxa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67C2A483" w14:textId="77777777" w:rsidR="00787E98" w:rsidRDefault="00787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2015" w:type="dxa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312E1FD7" w14:textId="77777777" w:rsidR="00787E98" w:rsidRDefault="00787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2015" w:type="dxa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5188444F" w14:textId="77777777" w:rsidR="00787E98" w:rsidRDefault="00787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2016" w:type="dxa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73B1764B" w14:textId="77777777" w:rsidR="00787E98" w:rsidRDefault="00787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</w:tr>
      <w:tr w:rsidR="00787E98" w:rsidRPr="00787E98" w14:paraId="3363809A" w14:textId="77777777" w:rsidTr="00787E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dxa"/>
            <w:tcBorders>
              <w:right w:val="none" w:sz="0" w:space="0" w:color="auto"/>
            </w:tcBorders>
          </w:tcPr>
          <w:p w14:paraId="445A83FB" w14:textId="77777777" w:rsidR="00787E98" w:rsidRPr="00787E98" w:rsidRDefault="00787E98">
            <w:pPr>
              <w:rPr>
                <w:b w:val="0"/>
                <w:bCs w:val="0"/>
                <w:color w:val="FFFFFF" w:themeColor="background1"/>
              </w:rPr>
            </w:pPr>
          </w:p>
        </w:tc>
        <w:tc>
          <w:tcPr>
            <w:tcW w:w="2015" w:type="dxa"/>
            <w:shd w:val="clear" w:color="auto" w:fill="FFFFFF" w:themeFill="background1"/>
          </w:tcPr>
          <w:p w14:paraId="5F8607BA" w14:textId="77777777" w:rsidR="00787E98" w:rsidRDefault="00787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2015" w:type="dxa"/>
            <w:shd w:val="clear" w:color="auto" w:fill="FFFFFF" w:themeFill="background1"/>
          </w:tcPr>
          <w:p w14:paraId="33E358B7" w14:textId="77777777" w:rsidR="00787E98" w:rsidRDefault="00787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2015" w:type="dxa"/>
            <w:shd w:val="clear" w:color="auto" w:fill="FFFFFF" w:themeFill="background1"/>
          </w:tcPr>
          <w:p w14:paraId="33CF3EC5" w14:textId="77777777" w:rsidR="00787E98" w:rsidRDefault="00787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2016" w:type="dxa"/>
            <w:shd w:val="clear" w:color="auto" w:fill="FFFFFF" w:themeFill="background1"/>
          </w:tcPr>
          <w:p w14:paraId="30A7E0B0" w14:textId="77777777" w:rsidR="00787E98" w:rsidRDefault="00787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</w:tr>
    </w:tbl>
    <w:p w14:paraId="5D54F9AB" w14:textId="77777777" w:rsidR="00787E98" w:rsidRDefault="00787E98"/>
    <w:p w14:paraId="130D9A1F" w14:textId="77777777" w:rsidR="002A0360" w:rsidRDefault="00000000">
      <w:r>
        <w:rPr>
          <w:b/>
          <w:color w:val="1B365D"/>
          <w:sz w:val="22"/>
        </w:rPr>
        <w:t>2. DANIŞMA KURULU ÜYELERİ VE PAYDAŞ KATILIMI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994"/>
        <w:gridCol w:w="3108"/>
        <w:gridCol w:w="5651"/>
      </w:tblGrid>
      <w:tr w:rsidR="00A464FF" w14:paraId="023AB302" w14:textId="77777777" w:rsidTr="00A464FF">
        <w:trPr>
          <w:tblHeader/>
          <w:jc w:val="center"/>
        </w:trPr>
        <w:tc>
          <w:tcPr>
            <w:tcW w:w="994" w:type="dxa"/>
            <w:shd w:val="clear" w:color="auto" w:fill="1B365D"/>
          </w:tcPr>
          <w:p w14:paraId="0BDE4472" w14:textId="77777777" w:rsidR="00A464FF" w:rsidRDefault="00A464FF">
            <w:pPr>
              <w:jc w:val="center"/>
            </w:pPr>
            <w:r>
              <w:rPr>
                <w:b/>
                <w:color w:val="FFFFFF"/>
                <w:sz w:val="19"/>
              </w:rPr>
              <w:t>Sıra No</w:t>
            </w:r>
          </w:p>
        </w:tc>
        <w:tc>
          <w:tcPr>
            <w:tcW w:w="3108" w:type="dxa"/>
            <w:shd w:val="clear" w:color="auto" w:fill="1B365D"/>
          </w:tcPr>
          <w:p w14:paraId="68F49131" w14:textId="77777777" w:rsidR="00A464FF" w:rsidRDefault="00A464FF">
            <w:pPr>
              <w:jc w:val="center"/>
            </w:pPr>
            <w:r>
              <w:rPr>
                <w:b/>
                <w:color w:val="FFFFFF"/>
                <w:sz w:val="19"/>
              </w:rPr>
              <w:t>Adı Soyadı</w:t>
            </w:r>
          </w:p>
        </w:tc>
        <w:tc>
          <w:tcPr>
            <w:tcW w:w="5651" w:type="dxa"/>
            <w:shd w:val="clear" w:color="auto" w:fill="1B365D"/>
          </w:tcPr>
          <w:p w14:paraId="09730575" w14:textId="4144B245" w:rsidR="00A464FF" w:rsidRDefault="00A464FF">
            <w:pPr>
              <w:jc w:val="center"/>
            </w:pPr>
            <w:proofErr w:type="spellStart"/>
            <w:r>
              <w:rPr>
                <w:b/>
                <w:color w:val="FFFFFF"/>
                <w:sz w:val="19"/>
              </w:rPr>
              <w:t>Görevi</w:t>
            </w:r>
            <w:proofErr w:type="spellEnd"/>
            <w:r>
              <w:rPr>
                <w:b/>
                <w:color w:val="FFFFFF"/>
                <w:sz w:val="19"/>
              </w:rPr>
              <w:t xml:space="preserve"> / </w:t>
            </w:r>
            <w:proofErr w:type="spellStart"/>
            <w:r>
              <w:rPr>
                <w:b/>
                <w:color w:val="FFFFFF"/>
                <w:sz w:val="19"/>
              </w:rPr>
              <w:t>Temsil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Ettiği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Bölüm</w:t>
            </w:r>
            <w:proofErr w:type="spellEnd"/>
            <w:r>
              <w:rPr>
                <w:b/>
                <w:color w:val="FFFFFF"/>
                <w:sz w:val="19"/>
              </w:rPr>
              <w:t>/Program</w:t>
            </w:r>
          </w:p>
        </w:tc>
      </w:tr>
      <w:tr w:rsidR="00A464FF" w14:paraId="493CCF68" w14:textId="77777777" w:rsidTr="00A464FF">
        <w:trPr>
          <w:jc w:val="center"/>
        </w:trPr>
        <w:tc>
          <w:tcPr>
            <w:tcW w:w="99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F1FDD7" w14:textId="77777777" w:rsidR="00A464FF" w:rsidRDefault="00A464FF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310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A3D7BA" w14:textId="4D4D4856" w:rsidR="00A464FF" w:rsidRDefault="00A464FF"/>
        </w:tc>
        <w:tc>
          <w:tcPr>
            <w:tcW w:w="565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97FB5F" w14:textId="47D18E4F" w:rsidR="00A464FF" w:rsidRDefault="00A464FF"/>
        </w:tc>
      </w:tr>
      <w:tr w:rsidR="00A464FF" w14:paraId="07C35B1A" w14:textId="77777777" w:rsidTr="00A464FF">
        <w:trPr>
          <w:jc w:val="center"/>
        </w:trPr>
        <w:tc>
          <w:tcPr>
            <w:tcW w:w="994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ED9CDA" w14:textId="77777777" w:rsidR="00A464FF" w:rsidRDefault="00A464FF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3108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A72965" w14:textId="3E24BE9A" w:rsidR="00A464FF" w:rsidRDefault="00A464FF"/>
        </w:tc>
        <w:tc>
          <w:tcPr>
            <w:tcW w:w="5651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EBC522" w14:textId="28DCEAB4" w:rsidR="00A464FF" w:rsidRDefault="00A464FF"/>
        </w:tc>
      </w:tr>
      <w:tr w:rsidR="00A464FF" w14:paraId="599649DF" w14:textId="77777777" w:rsidTr="00A464FF">
        <w:trPr>
          <w:jc w:val="center"/>
        </w:trPr>
        <w:tc>
          <w:tcPr>
            <w:tcW w:w="99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8A9EB4" w14:textId="77777777" w:rsidR="00A464FF" w:rsidRDefault="00A464FF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310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F74A51" w14:textId="7ED57651" w:rsidR="00A464FF" w:rsidRDefault="00A464FF"/>
        </w:tc>
        <w:tc>
          <w:tcPr>
            <w:tcW w:w="565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EAC0B1" w14:textId="50DB0ED9" w:rsidR="00A464FF" w:rsidRDefault="00A464FF"/>
        </w:tc>
      </w:tr>
      <w:tr w:rsidR="00A464FF" w14:paraId="34654B40" w14:textId="77777777" w:rsidTr="00A464FF">
        <w:trPr>
          <w:jc w:val="center"/>
        </w:trPr>
        <w:tc>
          <w:tcPr>
            <w:tcW w:w="994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9CE532" w14:textId="77777777" w:rsidR="00A464FF" w:rsidRDefault="00A464FF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3108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11B2AA" w14:textId="15D1C76C" w:rsidR="00A464FF" w:rsidRDefault="00A464FF"/>
        </w:tc>
        <w:tc>
          <w:tcPr>
            <w:tcW w:w="5651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FFF535" w14:textId="64F13D83" w:rsidR="00A464FF" w:rsidRDefault="00A464FF"/>
        </w:tc>
      </w:tr>
      <w:tr w:rsidR="00A464FF" w14:paraId="38D68A92" w14:textId="77777777" w:rsidTr="008B751C">
        <w:trPr>
          <w:trHeight w:val="294"/>
          <w:jc w:val="center"/>
        </w:trPr>
        <w:tc>
          <w:tcPr>
            <w:tcW w:w="99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04A0E1" w14:textId="77777777" w:rsidR="00A464FF" w:rsidRDefault="00A464FF">
            <w:pPr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310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9CAE48" w14:textId="3E9BB071" w:rsidR="00A464FF" w:rsidRDefault="00A464FF"/>
        </w:tc>
        <w:tc>
          <w:tcPr>
            <w:tcW w:w="565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D6D222" w14:textId="3C59082E" w:rsidR="00A464FF" w:rsidRDefault="00A464FF"/>
        </w:tc>
      </w:tr>
      <w:tr w:rsidR="00A464FF" w14:paraId="43E7D366" w14:textId="77777777" w:rsidTr="00A464FF">
        <w:trPr>
          <w:jc w:val="center"/>
        </w:trPr>
        <w:tc>
          <w:tcPr>
            <w:tcW w:w="994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8ED04B" w14:textId="77777777" w:rsidR="00A464FF" w:rsidRDefault="00A464FF">
            <w:pPr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3108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D98B24" w14:textId="3EE5FF32" w:rsidR="00A464FF" w:rsidRDefault="00A464FF"/>
        </w:tc>
        <w:tc>
          <w:tcPr>
            <w:tcW w:w="5651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BB98E7" w14:textId="48820426" w:rsidR="00A464FF" w:rsidRDefault="00A464FF"/>
        </w:tc>
      </w:tr>
      <w:tr w:rsidR="00A464FF" w14:paraId="333296AC" w14:textId="77777777" w:rsidTr="00A464FF">
        <w:trPr>
          <w:jc w:val="center"/>
        </w:trPr>
        <w:tc>
          <w:tcPr>
            <w:tcW w:w="99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A5C506" w14:textId="77777777" w:rsidR="00A464FF" w:rsidRDefault="00A464FF">
            <w:pPr>
              <w:jc w:val="center"/>
            </w:pPr>
            <w:r>
              <w:rPr>
                <w:sz w:val="17"/>
              </w:rPr>
              <w:lastRenderedPageBreak/>
              <w:t>7</w:t>
            </w:r>
          </w:p>
        </w:tc>
        <w:tc>
          <w:tcPr>
            <w:tcW w:w="310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845046" w14:textId="1D99409C" w:rsidR="00A464FF" w:rsidRDefault="00A464FF"/>
        </w:tc>
        <w:tc>
          <w:tcPr>
            <w:tcW w:w="565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083FC8" w14:textId="659B9B14" w:rsidR="00A464FF" w:rsidRDefault="00A464FF"/>
        </w:tc>
      </w:tr>
      <w:tr w:rsidR="00A464FF" w14:paraId="5CB9F6BD" w14:textId="77777777" w:rsidTr="00A464FF">
        <w:trPr>
          <w:jc w:val="center"/>
        </w:trPr>
        <w:tc>
          <w:tcPr>
            <w:tcW w:w="994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CB0D17" w14:textId="77777777" w:rsidR="00A464FF" w:rsidRDefault="00A464FF">
            <w:pPr>
              <w:jc w:val="center"/>
            </w:pPr>
            <w:r>
              <w:rPr>
                <w:sz w:val="17"/>
              </w:rPr>
              <w:t>8</w:t>
            </w:r>
          </w:p>
        </w:tc>
        <w:tc>
          <w:tcPr>
            <w:tcW w:w="3108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C20592" w14:textId="1A3B8E6F" w:rsidR="00A464FF" w:rsidRDefault="00A464FF"/>
        </w:tc>
        <w:tc>
          <w:tcPr>
            <w:tcW w:w="5651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5C8030" w14:textId="74C73B51" w:rsidR="00A464FF" w:rsidRDefault="00A464FF"/>
        </w:tc>
      </w:tr>
      <w:tr w:rsidR="00A464FF" w14:paraId="69713BAB" w14:textId="77777777" w:rsidTr="00A464FF">
        <w:trPr>
          <w:jc w:val="center"/>
        </w:trPr>
        <w:tc>
          <w:tcPr>
            <w:tcW w:w="99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3B9F1A" w14:textId="77777777" w:rsidR="00A464FF" w:rsidRDefault="00A464FF">
            <w:pPr>
              <w:jc w:val="center"/>
            </w:pPr>
            <w:r>
              <w:rPr>
                <w:sz w:val="17"/>
              </w:rPr>
              <w:t>9</w:t>
            </w:r>
          </w:p>
        </w:tc>
        <w:tc>
          <w:tcPr>
            <w:tcW w:w="310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539E9C" w14:textId="002CBF6F" w:rsidR="00A464FF" w:rsidRDefault="00A464FF"/>
        </w:tc>
        <w:tc>
          <w:tcPr>
            <w:tcW w:w="565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F88B4F" w14:textId="55964047" w:rsidR="00A464FF" w:rsidRDefault="00A464FF"/>
        </w:tc>
      </w:tr>
      <w:tr w:rsidR="00A464FF" w14:paraId="4F099BEA" w14:textId="77777777" w:rsidTr="00A464FF">
        <w:trPr>
          <w:jc w:val="center"/>
        </w:trPr>
        <w:tc>
          <w:tcPr>
            <w:tcW w:w="994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0B0CC7" w14:textId="77777777" w:rsidR="00A464FF" w:rsidRDefault="00A464FF">
            <w:pPr>
              <w:jc w:val="center"/>
            </w:pPr>
            <w:r>
              <w:rPr>
                <w:sz w:val="17"/>
              </w:rPr>
              <w:t>10</w:t>
            </w:r>
          </w:p>
        </w:tc>
        <w:tc>
          <w:tcPr>
            <w:tcW w:w="3108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F5F939" w14:textId="7EE11303" w:rsidR="00A464FF" w:rsidRDefault="00A464FF"/>
        </w:tc>
        <w:tc>
          <w:tcPr>
            <w:tcW w:w="5651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66CBC2" w14:textId="7D6DF871" w:rsidR="00A464FF" w:rsidRDefault="00A464FF"/>
        </w:tc>
      </w:tr>
    </w:tbl>
    <w:p w14:paraId="537A6AB0" w14:textId="77777777" w:rsidR="004C299E" w:rsidRDefault="004C299E">
      <w:pPr>
        <w:rPr>
          <w:b/>
          <w:color w:val="1B365D"/>
        </w:rPr>
      </w:pPr>
    </w:p>
    <w:p w14:paraId="4C4DF251" w14:textId="77777777" w:rsidR="004C299E" w:rsidRDefault="004C299E">
      <w:pPr>
        <w:rPr>
          <w:b/>
          <w:color w:val="1B365D"/>
        </w:rPr>
      </w:pPr>
    </w:p>
    <w:p w14:paraId="42884077" w14:textId="2D5874B6" w:rsidR="002A0360" w:rsidRPr="003E2006" w:rsidRDefault="00000000">
      <w:pPr>
        <w:rPr>
          <w:sz w:val="24"/>
          <w:szCs w:val="24"/>
        </w:rPr>
      </w:pPr>
      <w:r w:rsidRPr="003E2006">
        <w:rPr>
          <w:b/>
          <w:color w:val="1B365D"/>
          <w:sz w:val="24"/>
          <w:szCs w:val="24"/>
        </w:rPr>
        <w:t xml:space="preserve">3. </w:t>
      </w:r>
      <w:r w:rsidR="00A464FF" w:rsidRPr="003E2006">
        <w:rPr>
          <w:b/>
          <w:color w:val="1B365D"/>
          <w:sz w:val="24"/>
          <w:szCs w:val="24"/>
        </w:rPr>
        <w:t xml:space="preserve">BÖLÜM/PROGRAM </w:t>
      </w:r>
      <w:r w:rsidR="004C299E" w:rsidRPr="003E2006">
        <w:rPr>
          <w:b/>
          <w:color w:val="1B365D"/>
          <w:sz w:val="24"/>
          <w:szCs w:val="24"/>
        </w:rPr>
        <w:t>DANIŞMANLIK RAPOR</w:t>
      </w:r>
      <w:r w:rsidR="00A464FF" w:rsidRPr="003E2006">
        <w:rPr>
          <w:b/>
          <w:color w:val="1B365D"/>
          <w:sz w:val="24"/>
          <w:szCs w:val="24"/>
        </w:rPr>
        <w:t>LARI</w:t>
      </w:r>
      <w:r w:rsidRPr="003E2006">
        <w:rPr>
          <w:b/>
          <w:color w:val="1B365D"/>
          <w:sz w:val="24"/>
          <w:szCs w:val="24"/>
        </w:rPr>
        <w:t xml:space="preserve"> DEĞERLENDİRİLMESİ VE PUKÖ İZLEME FORMU</w:t>
      </w:r>
    </w:p>
    <w:p w14:paraId="001DFB36" w14:textId="76217D97" w:rsidR="002A0360" w:rsidRPr="003E2006" w:rsidRDefault="00000000">
      <w:pPr>
        <w:rPr>
          <w:sz w:val="24"/>
          <w:szCs w:val="24"/>
        </w:rPr>
      </w:pPr>
      <w:r w:rsidRPr="003E2006">
        <w:rPr>
          <w:b/>
          <w:color w:val="1B365D"/>
          <w:sz w:val="24"/>
          <w:szCs w:val="24"/>
        </w:rPr>
        <w:t>A.1 EĞİTİM-ÖĞRETİM</w:t>
      </w:r>
      <w:r w:rsidR="00EA7DF6" w:rsidRPr="003E2006">
        <w:rPr>
          <w:b/>
          <w:color w:val="1B365D"/>
          <w:sz w:val="24"/>
          <w:szCs w:val="24"/>
        </w:rPr>
        <w:t>/ÖĞRENCİLERE SUNULAN HİZMETLER</w:t>
      </w:r>
      <w:r w:rsidRPr="003E2006">
        <w:rPr>
          <w:b/>
          <w:color w:val="1B365D"/>
          <w:sz w:val="24"/>
          <w:szCs w:val="24"/>
        </w:rPr>
        <w:t xml:space="preserve"> PUKÖ ÇEVRİMİ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568"/>
        <w:gridCol w:w="1844"/>
        <w:gridCol w:w="2527"/>
        <w:gridCol w:w="2519"/>
        <w:gridCol w:w="1547"/>
        <w:gridCol w:w="1147"/>
      </w:tblGrid>
      <w:tr w:rsidR="002A0360" w:rsidRPr="006527B6" w14:paraId="56A1B0FA" w14:textId="77777777" w:rsidTr="006527B6">
        <w:trPr>
          <w:tblHeader/>
          <w:jc w:val="center"/>
        </w:trPr>
        <w:tc>
          <w:tcPr>
            <w:tcW w:w="569" w:type="dxa"/>
            <w:shd w:val="clear" w:color="auto" w:fill="C6D9F1" w:themeFill="text2" w:themeFillTint="33"/>
          </w:tcPr>
          <w:p w14:paraId="193B0243" w14:textId="77777777" w:rsidR="002A0360" w:rsidRPr="006527B6" w:rsidRDefault="00000000">
            <w:pPr>
              <w:jc w:val="center"/>
              <w:rPr>
                <w:b/>
                <w:color w:val="auto"/>
              </w:rPr>
            </w:pPr>
            <w:r w:rsidRPr="006527B6">
              <w:rPr>
                <w:b/>
                <w:color w:val="auto"/>
                <w:sz w:val="19"/>
              </w:rPr>
              <w:t>No</w:t>
            </w:r>
          </w:p>
        </w:tc>
        <w:tc>
          <w:tcPr>
            <w:tcW w:w="1844" w:type="dxa"/>
            <w:shd w:val="clear" w:color="auto" w:fill="C6D9F1" w:themeFill="text2" w:themeFillTint="33"/>
          </w:tcPr>
          <w:p w14:paraId="07D28E4D" w14:textId="7A405361" w:rsidR="002A0360" w:rsidRPr="006527B6" w:rsidRDefault="006527B6" w:rsidP="006527B6">
            <w:pPr>
              <w:rPr>
                <w:b/>
                <w:color w:val="auto"/>
              </w:rPr>
            </w:pPr>
            <w:proofErr w:type="spellStart"/>
            <w:r w:rsidRPr="006527B6">
              <w:rPr>
                <w:b/>
                <w:color w:val="auto"/>
              </w:rPr>
              <w:t>Konu</w:t>
            </w:r>
            <w:proofErr w:type="spellEnd"/>
            <w:r w:rsidRPr="006527B6">
              <w:rPr>
                <w:b/>
                <w:color w:val="auto"/>
              </w:rPr>
              <w:t>/</w:t>
            </w:r>
            <w:proofErr w:type="spellStart"/>
            <w:r w:rsidRPr="006527B6">
              <w:rPr>
                <w:b/>
                <w:color w:val="auto"/>
              </w:rPr>
              <w:t>Öneren</w:t>
            </w:r>
            <w:proofErr w:type="spellEnd"/>
            <w:r w:rsidRPr="006527B6">
              <w:rPr>
                <w:b/>
                <w:color w:val="auto"/>
              </w:rPr>
              <w:t xml:space="preserve"> </w:t>
            </w:r>
          </w:p>
        </w:tc>
        <w:tc>
          <w:tcPr>
            <w:tcW w:w="2528" w:type="dxa"/>
            <w:shd w:val="clear" w:color="auto" w:fill="C6D9F1" w:themeFill="text2" w:themeFillTint="33"/>
          </w:tcPr>
          <w:p w14:paraId="33A9C62B" w14:textId="461DDC15" w:rsidR="002A0360" w:rsidRPr="006527B6" w:rsidRDefault="006527B6">
            <w:pPr>
              <w:jc w:val="center"/>
              <w:rPr>
                <w:b/>
                <w:color w:val="auto"/>
              </w:rPr>
            </w:pPr>
            <w:proofErr w:type="spellStart"/>
            <w:r w:rsidRPr="006527B6">
              <w:rPr>
                <w:b/>
                <w:color w:val="auto"/>
              </w:rPr>
              <w:t>Detaylı</w:t>
            </w:r>
            <w:proofErr w:type="spellEnd"/>
            <w:r w:rsidRPr="006527B6">
              <w:rPr>
                <w:b/>
                <w:color w:val="auto"/>
              </w:rPr>
              <w:t xml:space="preserve"> </w:t>
            </w:r>
            <w:proofErr w:type="spellStart"/>
            <w:r w:rsidRPr="006527B6">
              <w:rPr>
                <w:b/>
                <w:color w:val="auto"/>
              </w:rPr>
              <w:t>Açıklama</w:t>
            </w:r>
            <w:proofErr w:type="spellEnd"/>
          </w:p>
        </w:tc>
        <w:tc>
          <w:tcPr>
            <w:tcW w:w="2517" w:type="dxa"/>
            <w:shd w:val="clear" w:color="auto" w:fill="C6D9F1" w:themeFill="text2" w:themeFillTint="33"/>
          </w:tcPr>
          <w:p w14:paraId="13243360" w14:textId="77777777" w:rsidR="002A0360" w:rsidRPr="006527B6" w:rsidRDefault="00000000">
            <w:pPr>
              <w:jc w:val="center"/>
              <w:rPr>
                <w:b/>
                <w:color w:val="auto"/>
              </w:rPr>
            </w:pPr>
            <w:r w:rsidRPr="006527B6">
              <w:rPr>
                <w:b/>
                <w:color w:val="auto"/>
                <w:sz w:val="19"/>
              </w:rPr>
              <w:t>Gerçekleşme ve Uygulama Süreci</w:t>
            </w:r>
          </w:p>
        </w:tc>
        <w:tc>
          <w:tcPr>
            <w:tcW w:w="1548" w:type="dxa"/>
            <w:shd w:val="clear" w:color="auto" w:fill="C6D9F1" w:themeFill="text2" w:themeFillTint="33"/>
          </w:tcPr>
          <w:p w14:paraId="6ED3A810" w14:textId="77777777" w:rsidR="002A0360" w:rsidRPr="006527B6" w:rsidRDefault="00000000">
            <w:pPr>
              <w:jc w:val="center"/>
              <w:rPr>
                <w:b/>
                <w:color w:val="auto"/>
              </w:rPr>
            </w:pPr>
            <w:r w:rsidRPr="006527B6">
              <w:rPr>
                <w:b/>
                <w:color w:val="auto"/>
                <w:sz w:val="19"/>
              </w:rPr>
              <w:t>Somut Kanıt / Belge</w:t>
            </w:r>
          </w:p>
        </w:tc>
        <w:tc>
          <w:tcPr>
            <w:tcW w:w="1146" w:type="dxa"/>
            <w:shd w:val="clear" w:color="auto" w:fill="C6D9F1" w:themeFill="text2" w:themeFillTint="33"/>
          </w:tcPr>
          <w:p w14:paraId="48E364E0" w14:textId="77777777" w:rsidR="002A0360" w:rsidRPr="006527B6" w:rsidRDefault="00000000">
            <w:pPr>
              <w:jc w:val="center"/>
              <w:rPr>
                <w:b/>
                <w:color w:val="auto"/>
              </w:rPr>
            </w:pPr>
            <w:r w:rsidRPr="006527B6">
              <w:rPr>
                <w:b/>
                <w:color w:val="auto"/>
                <w:sz w:val="19"/>
              </w:rPr>
              <w:t>PUKÖ Durumu</w:t>
            </w:r>
          </w:p>
        </w:tc>
      </w:tr>
      <w:tr w:rsidR="002A0360" w14:paraId="14147E88" w14:textId="77777777" w:rsidTr="006527B6">
        <w:trPr>
          <w:jc w:val="center"/>
        </w:trPr>
        <w:tc>
          <w:tcPr>
            <w:tcW w:w="56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0F4B3A" w14:textId="77777777" w:rsidR="002A0360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84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C5B2D5" w14:textId="68E9C2B7" w:rsidR="002A0360" w:rsidRDefault="002A0360"/>
        </w:tc>
        <w:tc>
          <w:tcPr>
            <w:tcW w:w="25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6A6927" w14:textId="24E10E2E" w:rsidR="002A0360" w:rsidRDefault="002A0360"/>
        </w:tc>
        <w:tc>
          <w:tcPr>
            <w:tcW w:w="251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50B37E" w14:textId="736FD8E7" w:rsidR="002A0360" w:rsidRDefault="002A0360"/>
        </w:tc>
        <w:tc>
          <w:tcPr>
            <w:tcW w:w="15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02B6B4" w14:textId="275E9B12" w:rsidR="002A0360" w:rsidRDefault="002A0360"/>
        </w:tc>
        <w:tc>
          <w:tcPr>
            <w:tcW w:w="1146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27C745" w14:textId="445C6369" w:rsidR="002A0360" w:rsidRDefault="002A0360">
            <w:pPr>
              <w:jc w:val="center"/>
            </w:pPr>
          </w:p>
        </w:tc>
      </w:tr>
      <w:tr w:rsidR="002A0360" w14:paraId="30FF93BF" w14:textId="77777777" w:rsidTr="006527B6">
        <w:trPr>
          <w:jc w:val="center"/>
        </w:trPr>
        <w:tc>
          <w:tcPr>
            <w:tcW w:w="569" w:type="dxa"/>
            <w:shd w:val="clear" w:color="auto" w:fill="F7F9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46E06D" w14:textId="77777777" w:rsidR="002A0360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844" w:type="dxa"/>
            <w:shd w:val="clear" w:color="auto" w:fill="F7F9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1C9834" w14:textId="19F77DB3" w:rsidR="002A0360" w:rsidRDefault="002A0360"/>
        </w:tc>
        <w:tc>
          <w:tcPr>
            <w:tcW w:w="2528" w:type="dxa"/>
            <w:shd w:val="clear" w:color="auto" w:fill="F7F9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07DE3B" w14:textId="425A36DC" w:rsidR="002A0360" w:rsidRDefault="002A0360"/>
        </w:tc>
        <w:tc>
          <w:tcPr>
            <w:tcW w:w="2517" w:type="dxa"/>
            <w:shd w:val="clear" w:color="auto" w:fill="F7F9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E54104" w14:textId="4C10FA2C" w:rsidR="002A0360" w:rsidRDefault="002A0360"/>
        </w:tc>
        <w:tc>
          <w:tcPr>
            <w:tcW w:w="1548" w:type="dxa"/>
            <w:shd w:val="clear" w:color="auto" w:fill="F7F9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FC3084" w14:textId="2815169B" w:rsidR="002A0360" w:rsidRDefault="002A0360"/>
        </w:tc>
        <w:tc>
          <w:tcPr>
            <w:tcW w:w="1146" w:type="dxa"/>
            <w:shd w:val="clear" w:color="auto" w:fill="F7F9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DDE74E" w14:textId="6ADFD5AC" w:rsidR="002A0360" w:rsidRDefault="002A0360">
            <w:pPr>
              <w:jc w:val="center"/>
            </w:pPr>
          </w:p>
        </w:tc>
      </w:tr>
      <w:tr w:rsidR="006527B6" w14:paraId="208F0578" w14:textId="77777777" w:rsidTr="006527B6">
        <w:trPr>
          <w:jc w:val="center"/>
        </w:trPr>
        <w:tc>
          <w:tcPr>
            <w:tcW w:w="56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D3DC41" w14:textId="2A87EAC8" w:rsidR="006527B6" w:rsidRDefault="006527B6" w:rsidP="006527B6">
            <w:pPr>
              <w:jc w:val="center"/>
            </w:pPr>
          </w:p>
        </w:tc>
        <w:tc>
          <w:tcPr>
            <w:tcW w:w="184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B58998" w14:textId="31583D22" w:rsidR="006527B6" w:rsidRDefault="006527B6" w:rsidP="006527B6"/>
        </w:tc>
        <w:tc>
          <w:tcPr>
            <w:tcW w:w="25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6C8035" w14:textId="540A7C88" w:rsidR="006527B6" w:rsidRDefault="006527B6" w:rsidP="006527B6"/>
        </w:tc>
        <w:tc>
          <w:tcPr>
            <w:tcW w:w="251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7F51FC" w14:textId="4E7E081F" w:rsidR="006527B6" w:rsidRDefault="006527B6" w:rsidP="006527B6"/>
        </w:tc>
        <w:tc>
          <w:tcPr>
            <w:tcW w:w="15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791D7E" w14:textId="374433A5" w:rsidR="006527B6" w:rsidRDefault="006527B6" w:rsidP="006527B6"/>
        </w:tc>
        <w:tc>
          <w:tcPr>
            <w:tcW w:w="1146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6D48CE" w14:textId="469E0575" w:rsidR="006527B6" w:rsidRDefault="006527B6" w:rsidP="006527B6">
            <w:pPr>
              <w:jc w:val="center"/>
            </w:pPr>
          </w:p>
        </w:tc>
      </w:tr>
      <w:tr w:rsidR="00EA7DF6" w14:paraId="6890FD92" w14:textId="77777777" w:rsidTr="00EA7DF6">
        <w:trPr>
          <w:jc w:val="center"/>
        </w:trPr>
        <w:tc>
          <w:tcPr>
            <w:tcW w:w="56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74235B" w14:textId="77777777" w:rsidR="00EA7DF6" w:rsidRDefault="00EA7DF6" w:rsidP="003022F6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84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7D2C2E" w14:textId="1E4FC5D5" w:rsidR="00EA7DF6" w:rsidRDefault="00EA7DF6" w:rsidP="003022F6"/>
        </w:tc>
        <w:tc>
          <w:tcPr>
            <w:tcW w:w="25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14BD8C" w14:textId="5E9F3F64" w:rsidR="00EA7DF6" w:rsidRDefault="00EA7DF6" w:rsidP="003022F6"/>
        </w:tc>
        <w:tc>
          <w:tcPr>
            <w:tcW w:w="25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B87FB9" w14:textId="343E8C75" w:rsidR="00EA7DF6" w:rsidRDefault="00EA7DF6" w:rsidP="003022F6"/>
        </w:tc>
        <w:tc>
          <w:tcPr>
            <w:tcW w:w="154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08AA35" w14:textId="7C9D2919" w:rsidR="00EA7DF6" w:rsidRDefault="00EA7DF6" w:rsidP="003022F6"/>
        </w:tc>
        <w:tc>
          <w:tcPr>
            <w:tcW w:w="114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769078" w14:textId="212DFF05" w:rsidR="00EA7DF6" w:rsidRDefault="00EA7DF6" w:rsidP="003022F6">
            <w:pPr>
              <w:jc w:val="center"/>
            </w:pPr>
          </w:p>
        </w:tc>
      </w:tr>
      <w:tr w:rsidR="00EA7DF6" w14:paraId="289B6F42" w14:textId="77777777" w:rsidTr="00EA7DF6">
        <w:trPr>
          <w:jc w:val="center"/>
        </w:trPr>
        <w:tc>
          <w:tcPr>
            <w:tcW w:w="569" w:type="dxa"/>
            <w:shd w:val="clear" w:color="auto" w:fill="F7F9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5CA9CD" w14:textId="77777777" w:rsidR="00EA7DF6" w:rsidRDefault="00EA7DF6" w:rsidP="003022F6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841" w:type="dxa"/>
            <w:shd w:val="clear" w:color="auto" w:fill="F7F9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EAD632" w14:textId="676EF4C8" w:rsidR="00EA7DF6" w:rsidRDefault="00EA7DF6" w:rsidP="003022F6"/>
        </w:tc>
        <w:tc>
          <w:tcPr>
            <w:tcW w:w="2528" w:type="dxa"/>
            <w:shd w:val="clear" w:color="auto" w:fill="F7F9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2802E5" w14:textId="15FEB4E8" w:rsidR="00EA7DF6" w:rsidRDefault="00EA7DF6" w:rsidP="003022F6"/>
        </w:tc>
        <w:tc>
          <w:tcPr>
            <w:tcW w:w="2520" w:type="dxa"/>
            <w:shd w:val="clear" w:color="auto" w:fill="F7F9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03F703" w14:textId="063763DC" w:rsidR="00EA7DF6" w:rsidRDefault="00EA7DF6" w:rsidP="003022F6"/>
        </w:tc>
        <w:tc>
          <w:tcPr>
            <w:tcW w:w="1547" w:type="dxa"/>
            <w:shd w:val="clear" w:color="auto" w:fill="F7F9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28169D" w14:textId="48B29628" w:rsidR="00EA7DF6" w:rsidRDefault="00EA7DF6" w:rsidP="003022F6"/>
        </w:tc>
        <w:tc>
          <w:tcPr>
            <w:tcW w:w="1147" w:type="dxa"/>
            <w:shd w:val="clear" w:color="auto" w:fill="F7F9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F86DDB" w14:textId="7565426F" w:rsidR="00EA7DF6" w:rsidRDefault="00EA7DF6" w:rsidP="003022F6">
            <w:pPr>
              <w:jc w:val="center"/>
            </w:pPr>
          </w:p>
        </w:tc>
      </w:tr>
      <w:tr w:rsidR="006527B6" w14:paraId="1F8EA7D8" w14:textId="77777777" w:rsidTr="006527B6">
        <w:trPr>
          <w:jc w:val="center"/>
        </w:trPr>
        <w:tc>
          <w:tcPr>
            <w:tcW w:w="569" w:type="dxa"/>
            <w:shd w:val="clear" w:color="auto" w:fill="F7F9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D17F06" w14:textId="743A5BFC" w:rsidR="006527B6" w:rsidRDefault="006527B6" w:rsidP="006527B6">
            <w:pPr>
              <w:jc w:val="center"/>
            </w:pPr>
          </w:p>
        </w:tc>
        <w:tc>
          <w:tcPr>
            <w:tcW w:w="1844" w:type="dxa"/>
            <w:shd w:val="clear" w:color="auto" w:fill="F7F9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02C605" w14:textId="54C71340" w:rsidR="006527B6" w:rsidRDefault="006527B6" w:rsidP="006527B6"/>
        </w:tc>
        <w:tc>
          <w:tcPr>
            <w:tcW w:w="2528" w:type="dxa"/>
            <w:shd w:val="clear" w:color="auto" w:fill="F7F9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739A8A" w14:textId="7D482BD9" w:rsidR="006527B6" w:rsidRDefault="006527B6" w:rsidP="006527B6"/>
        </w:tc>
        <w:tc>
          <w:tcPr>
            <w:tcW w:w="2517" w:type="dxa"/>
            <w:shd w:val="clear" w:color="auto" w:fill="F7F9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FC691E" w14:textId="7A5DD884" w:rsidR="006527B6" w:rsidRDefault="006527B6" w:rsidP="006527B6"/>
        </w:tc>
        <w:tc>
          <w:tcPr>
            <w:tcW w:w="1548" w:type="dxa"/>
            <w:shd w:val="clear" w:color="auto" w:fill="F7F9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59543A" w14:textId="24C37B4C" w:rsidR="006527B6" w:rsidRDefault="006527B6" w:rsidP="006527B6"/>
        </w:tc>
        <w:tc>
          <w:tcPr>
            <w:tcW w:w="1146" w:type="dxa"/>
            <w:shd w:val="clear" w:color="auto" w:fill="F7F9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0114FB" w14:textId="3B46C36A" w:rsidR="006527B6" w:rsidRDefault="006527B6" w:rsidP="006527B6">
            <w:pPr>
              <w:jc w:val="center"/>
            </w:pPr>
          </w:p>
        </w:tc>
      </w:tr>
      <w:tr w:rsidR="006527B6" w14:paraId="65AF7295" w14:textId="77777777" w:rsidTr="006527B6">
        <w:trPr>
          <w:jc w:val="center"/>
        </w:trPr>
        <w:tc>
          <w:tcPr>
            <w:tcW w:w="56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C9C7F6" w14:textId="15D05978" w:rsidR="006527B6" w:rsidRDefault="006527B6" w:rsidP="006527B6">
            <w:pPr>
              <w:jc w:val="center"/>
            </w:pPr>
          </w:p>
        </w:tc>
        <w:tc>
          <w:tcPr>
            <w:tcW w:w="184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08EE93" w14:textId="305707BB" w:rsidR="006527B6" w:rsidRDefault="006527B6" w:rsidP="006527B6"/>
        </w:tc>
        <w:tc>
          <w:tcPr>
            <w:tcW w:w="25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B55ED0" w14:textId="6902ED50" w:rsidR="006527B6" w:rsidRDefault="006527B6" w:rsidP="006527B6"/>
        </w:tc>
        <w:tc>
          <w:tcPr>
            <w:tcW w:w="251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030A23" w14:textId="0A9DF66A" w:rsidR="006527B6" w:rsidRDefault="006527B6" w:rsidP="006527B6"/>
        </w:tc>
        <w:tc>
          <w:tcPr>
            <w:tcW w:w="15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A89983" w14:textId="3D233466" w:rsidR="006527B6" w:rsidRDefault="006527B6" w:rsidP="006527B6"/>
        </w:tc>
        <w:tc>
          <w:tcPr>
            <w:tcW w:w="1146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16044B" w14:textId="7DE7B54D" w:rsidR="006527B6" w:rsidRDefault="006527B6" w:rsidP="006527B6">
            <w:pPr>
              <w:jc w:val="center"/>
            </w:pPr>
          </w:p>
        </w:tc>
      </w:tr>
      <w:tr w:rsidR="006527B6" w14:paraId="0D3C7E5C" w14:textId="77777777" w:rsidTr="006527B6">
        <w:trPr>
          <w:jc w:val="center"/>
        </w:trPr>
        <w:tc>
          <w:tcPr>
            <w:tcW w:w="569" w:type="dxa"/>
            <w:shd w:val="clear" w:color="auto" w:fill="F7F9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CBA6F5" w14:textId="77777777" w:rsidR="006527B6" w:rsidRDefault="006527B6" w:rsidP="006527B6">
            <w:pPr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1844" w:type="dxa"/>
            <w:shd w:val="clear" w:color="auto" w:fill="F7F9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D0BCE7" w14:textId="40DDC6C6" w:rsidR="006527B6" w:rsidRDefault="006527B6" w:rsidP="006527B6"/>
        </w:tc>
        <w:tc>
          <w:tcPr>
            <w:tcW w:w="2528" w:type="dxa"/>
            <w:shd w:val="clear" w:color="auto" w:fill="F7F9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EBB0B9" w14:textId="05058C23" w:rsidR="006527B6" w:rsidRDefault="006527B6" w:rsidP="006527B6"/>
        </w:tc>
        <w:tc>
          <w:tcPr>
            <w:tcW w:w="2517" w:type="dxa"/>
            <w:shd w:val="clear" w:color="auto" w:fill="F7F9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E79BFF" w14:textId="017BCA1E" w:rsidR="006527B6" w:rsidRDefault="006527B6" w:rsidP="006527B6"/>
        </w:tc>
        <w:tc>
          <w:tcPr>
            <w:tcW w:w="1548" w:type="dxa"/>
            <w:shd w:val="clear" w:color="auto" w:fill="F7F9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5869F8" w14:textId="09F47010" w:rsidR="006527B6" w:rsidRDefault="006527B6" w:rsidP="006527B6"/>
        </w:tc>
        <w:tc>
          <w:tcPr>
            <w:tcW w:w="1146" w:type="dxa"/>
            <w:shd w:val="clear" w:color="auto" w:fill="F7F9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E60AE3" w14:textId="3B320B9E" w:rsidR="006527B6" w:rsidRDefault="006527B6" w:rsidP="006527B6">
            <w:pPr>
              <w:jc w:val="center"/>
            </w:pPr>
          </w:p>
        </w:tc>
      </w:tr>
    </w:tbl>
    <w:p w14:paraId="5AB66568" w14:textId="77777777" w:rsidR="006527B6" w:rsidRDefault="006527B6">
      <w:pPr>
        <w:rPr>
          <w:b/>
          <w:color w:val="1B365D"/>
        </w:rPr>
      </w:pPr>
    </w:p>
    <w:p w14:paraId="1D3362F6" w14:textId="05C8DFF5" w:rsidR="002A0360" w:rsidRDefault="00000000">
      <w:r>
        <w:rPr>
          <w:b/>
          <w:color w:val="1B365D"/>
        </w:rPr>
        <w:t>A.2 EĞİTİM-ÖĞRETİM</w:t>
      </w:r>
      <w:r w:rsidR="00EA7DF6">
        <w:rPr>
          <w:b/>
          <w:color w:val="1B365D"/>
        </w:rPr>
        <w:t xml:space="preserve">/ÖĞRENCİLERE SUNULAN HİZMETLER </w:t>
      </w:r>
      <w:r>
        <w:rPr>
          <w:b/>
          <w:color w:val="1B365D"/>
        </w:rPr>
        <w:t xml:space="preserve"> 20</w:t>
      </w:r>
      <w:r w:rsidR="00EA7DF6">
        <w:rPr>
          <w:b/>
          <w:color w:val="1B365D"/>
        </w:rPr>
        <w:t xml:space="preserve">… </w:t>
      </w:r>
      <w:r>
        <w:rPr>
          <w:b/>
          <w:color w:val="1B365D"/>
        </w:rPr>
        <w:t xml:space="preserve"> EYLEM PLANI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864"/>
        <w:gridCol w:w="3888"/>
        <w:gridCol w:w="2160"/>
        <w:gridCol w:w="1872"/>
        <w:gridCol w:w="1296"/>
      </w:tblGrid>
      <w:tr w:rsidR="002A0360" w14:paraId="10847868" w14:textId="77777777">
        <w:trPr>
          <w:tblHeader/>
          <w:jc w:val="center"/>
        </w:trPr>
        <w:tc>
          <w:tcPr>
            <w:tcW w:w="864" w:type="dxa"/>
            <w:shd w:val="clear" w:color="auto" w:fill="1B365D"/>
          </w:tcPr>
          <w:p w14:paraId="5768401F" w14:textId="77777777" w:rsidR="002A0360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F No</w:t>
            </w:r>
          </w:p>
        </w:tc>
        <w:tc>
          <w:tcPr>
            <w:tcW w:w="3888" w:type="dxa"/>
            <w:shd w:val="clear" w:color="auto" w:fill="1B365D"/>
          </w:tcPr>
          <w:p w14:paraId="5570CD69" w14:textId="77777777" w:rsidR="002A0360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Eylem / Faaliyet Tanımı ve Detayları</w:t>
            </w:r>
          </w:p>
        </w:tc>
        <w:tc>
          <w:tcPr>
            <w:tcW w:w="2160" w:type="dxa"/>
            <w:shd w:val="clear" w:color="auto" w:fill="1B365D"/>
          </w:tcPr>
          <w:p w14:paraId="6385216A" w14:textId="77777777" w:rsidR="002A0360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Sorumlu Birimler</w:t>
            </w:r>
          </w:p>
        </w:tc>
        <w:tc>
          <w:tcPr>
            <w:tcW w:w="1872" w:type="dxa"/>
            <w:shd w:val="clear" w:color="auto" w:fill="1B365D"/>
          </w:tcPr>
          <w:p w14:paraId="055FCB69" w14:textId="3E6FE7CF" w:rsidR="002A0360" w:rsidRDefault="00EA7DF6">
            <w:pPr>
              <w:jc w:val="center"/>
            </w:pPr>
            <w:proofErr w:type="spellStart"/>
            <w:proofErr w:type="gramStart"/>
            <w:r>
              <w:rPr>
                <w:b/>
                <w:color w:val="FFFFFF"/>
                <w:sz w:val="19"/>
              </w:rPr>
              <w:t>İlişkili</w:t>
            </w:r>
            <w:proofErr w:type="spellEnd"/>
            <w:r>
              <w:rPr>
                <w:b/>
                <w:color w:val="FFFFFF"/>
                <w:sz w:val="19"/>
              </w:rPr>
              <w:t xml:space="preserve">  </w:t>
            </w:r>
            <w:proofErr w:type="spellStart"/>
            <w:r>
              <w:rPr>
                <w:b/>
                <w:color w:val="FFFFFF"/>
                <w:sz w:val="19"/>
              </w:rPr>
              <w:t>Birimler</w:t>
            </w:r>
            <w:proofErr w:type="spellEnd"/>
            <w:proofErr w:type="gramEnd"/>
          </w:p>
        </w:tc>
        <w:tc>
          <w:tcPr>
            <w:tcW w:w="1296" w:type="dxa"/>
            <w:shd w:val="clear" w:color="auto" w:fill="1B365D"/>
          </w:tcPr>
          <w:p w14:paraId="470B1DD6" w14:textId="77777777" w:rsidR="002A0360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Hedef Tarih</w:t>
            </w:r>
          </w:p>
        </w:tc>
      </w:tr>
      <w:tr w:rsidR="002A0360" w14:paraId="284D2C91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0BE335" w14:textId="77777777" w:rsidR="002A0360" w:rsidRDefault="00000000">
            <w:pPr>
              <w:jc w:val="center"/>
            </w:pPr>
            <w:r>
              <w:rPr>
                <w:sz w:val="17"/>
              </w:rPr>
              <w:t>F1</w:t>
            </w:r>
          </w:p>
        </w:tc>
        <w:tc>
          <w:tcPr>
            <w:tcW w:w="388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182F48" w14:textId="7D7DBA1C" w:rsidR="002A0360" w:rsidRDefault="002A0360"/>
        </w:tc>
        <w:tc>
          <w:tcPr>
            <w:tcW w:w="21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DAE4DA" w14:textId="03B979AE" w:rsidR="002A0360" w:rsidRDefault="002A0360"/>
        </w:tc>
        <w:tc>
          <w:tcPr>
            <w:tcW w:w="187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8A573D" w14:textId="661CD846" w:rsidR="002A0360" w:rsidRDefault="002A0360"/>
        </w:tc>
        <w:tc>
          <w:tcPr>
            <w:tcW w:w="129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41830B" w14:textId="26B187F5" w:rsidR="002A0360" w:rsidRDefault="002A0360">
            <w:pPr>
              <w:jc w:val="center"/>
            </w:pPr>
          </w:p>
        </w:tc>
      </w:tr>
      <w:tr w:rsidR="002A0360" w14:paraId="58FE12D8" w14:textId="77777777">
        <w:trPr>
          <w:jc w:val="center"/>
        </w:trPr>
        <w:tc>
          <w:tcPr>
            <w:tcW w:w="864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B37BFC" w14:textId="77777777" w:rsidR="002A0360" w:rsidRDefault="00000000">
            <w:pPr>
              <w:jc w:val="center"/>
            </w:pPr>
            <w:r>
              <w:rPr>
                <w:sz w:val="17"/>
              </w:rPr>
              <w:t>F2</w:t>
            </w:r>
          </w:p>
        </w:tc>
        <w:tc>
          <w:tcPr>
            <w:tcW w:w="3888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A84D10" w14:textId="3113B1A7" w:rsidR="002A0360" w:rsidRDefault="002A0360"/>
        </w:tc>
        <w:tc>
          <w:tcPr>
            <w:tcW w:w="2160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A12279" w14:textId="1DA72A6F" w:rsidR="002A0360" w:rsidRDefault="002A0360"/>
        </w:tc>
        <w:tc>
          <w:tcPr>
            <w:tcW w:w="1872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B4569E" w14:textId="7BA1DABB" w:rsidR="002A0360" w:rsidRDefault="002A0360"/>
        </w:tc>
        <w:tc>
          <w:tcPr>
            <w:tcW w:w="1296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6BE35C" w14:textId="5B59C353" w:rsidR="002A0360" w:rsidRDefault="002A0360">
            <w:pPr>
              <w:jc w:val="center"/>
            </w:pPr>
          </w:p>
        </w:tc>
      </w:tr>
      <w:tr w:rsidR="002A0360" w14:paraId="41C2B97F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25BAD1" w14:textId="77777777" w:rsidR="002A0360" w:rsidRDefault="00000000">
            <w:pPr>
              <w:jc w:val="center"/>
            </w:pPr>
            <w:r>
              <w:rPr>
                <w:sz w:val="17"/>
              </w:rPr>
              <w:lastRenderedPageBreak/>
              <w:t>F3</w:t>
            </w:r>
          </w:p>
        </w:tc>
        <w:tc>
          <w:tcPr>
            <w:tcW w:w="388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7CAF4F" w14:textId="45F6708F" w:rsidR="002A0360" w:rsidRDefault="002A0360"/>
        </w:tc>
        <w:tc>
          <w:tcPr>
            <w:tcW w:w="21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5E12D6" w14:textId="3520CA1C" w:rsidR="002A0360" w:rsidRDefault="002A0360"/>
        </w:tc>
        <w:tc>
          <w:tcPr>
            <w:tcW w:w="187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056ADE" w14:textId="0B5127F4" w:rsidR="002A0360" w:rsidRDefault="002A0360"/>
        </w:tc>
        <w:tc>
          <w:tcPr>
            <w:tcW w:w="129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E1994C" w14:textId="5B931887" w:rsidR="002A0360" w:rsidRDefault="002A0360">
            <w:pPr>
              <w:jc w:val="center"/>
            </w:pPr>
          </w:p>
        </w:tc>
      </w:tr>
      <w:tr w:rsidR="002A0360" w14:paraId="4298120B" w14:textId="77777777">
        <w:trPr>
          <w:jc w:val="center"/>
        </w:trPr>
        <w:tc>
          <w:tcPr>
            <w:tcW w:w="864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532283" w14:textId="77777777" w:rsidR="002A0360" w:rsidRDefault="00000000">
            <w:pPr>
              <w:jc w:val="center"/>
            </w:pPr>
            <w:r>
              <w:rPr>
                <w:sz w:val="17"/>
              </w:rPr>
              <w:t>F4</w:t>
            </w:r>
          </w:p>
        </w:tc>
        <w:tc>
          <w:tcPr>
            <w:tcW w:w="3888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5FF294" w14:textId="7A8B608D" w:rsidR="002A0360" w:rsidRDefault="002A0360"/>
        </w:tc>
        <w:tc>
          <w:tcPr>
            <w:tcW w:w="2160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E9DC53" w14:textId="7C203482" w:rsidR="002A0360" w:rsidRDefault="002A0360"/>
        </w:tc>
        <w:tc>
          <w:tcPr>
            <w:tcW w:w="1872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B63DB5" w14:textId="43768465" w:rsidR="002A0360" w:rsidRDefault="002A0360"/>
        </w:tc>
        <w:tc>
          <w:tcPr>
            <w:tcW w:w="1296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6A359F" w14:textId="1A48F65E" w:rsidR="002A0360" w:rsidRDefault="002A0360">
            <w:pPr>
              <w:jc w:val="center"/>
            </w:pPr>
          </w:p>
        </w:tc>
      </w:tr>
      <w:tr w:rsidR="002A0360" w14:paraId="35DF7E6B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8FE72" w14:textId="77777777" w:rsidR="002A0360" w:rsidRDefault="00000000">
            <w:pPr>
              <w:jc w:val="center"/>
            </w:pPr>
            <w:r>
              <w:rPr>
                <w:sz w:val="17"/>
              </w:rPr>
              <w:t>F5</w:t>
            </w:r>
          </w:p>
        </w:tc>
        <w:tc>
          <w:tcPr>
            <w:tcW w:w="388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463C13" w14:textId="7B266F70" w:rsidR="002A0360" w:rsidRDefault="002A0360"/>
        </w:tc>
        <w:tc>
          <w:tcPr>
            <w:tcW w:w="21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7B6484" w14:textId="41EEA46B" w:rsidR="002A0360" w:rsidRDefault="002A0360"/>
        </w:tc>
        <w:tc>
          <w:tcPr>
            <w:tcW w:w="187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CBFDF5" w14:textId="34C1FED8" w:rsidR="002A0360" w:rsidRDefault="002A0360"/>
        </w:tc>
        <w:tc>
          <w:tcPr>
            <w:tcW w:w="129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DA9053" w14:textId="5003EED8" w:rsidR="002A0360" w:rsidRDefault="002A0360">
            <w:pPr>
              <w:jc w:val="center"/>
            </w:pPr>
          </w:p>
        </w:tc>
      </w:tr>
    </w:tbl>
    <w:p w14:paraId="5A01A689" w14:textId="77777777" w:rsidR="002A0360" w:rsidRDefault="002A0360"/>
    <w:p w14:paraId="41A87565" w14:textId="6B659291" w:rsidR="002A0360" w:rsidRDefault="002A0360"/>
    <w:p w14:paraId="60392E1E" w14:textId="0301772A" w:rsidR="002A0360" w:rsidRDefault="00000000">
      <w:r>
        <w:rPr>
          <w:b/>
          <w:color w:val="1B365D"/>
          <w:sz w:val="22"/>
        </w:rPr>
        <w:t>4. 2025 YILI KARARLARININ GENEL DEĞERLENDİRİLMESİ VE KANITLAR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3361"/>
        <w:gridCol w:w="6775"/>
      </w:tblGrid>
      <w:tr w:rsidR="002A0360" w14:paraId="2262442E" w14:textId="77777777" w:rsidTr="00787E98">
        <w:trPr>
          <w:jc w:val="center"/>
        </w:trPr>
        <w:tc>
          <w:tcPr>
            <w:tcW w:w="3361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AB1449" w14:textId="77777777" w:rsidR="002A0360" w:rsidRDefault="00000000">
            <w:r>
              <w:rPr>
                <w:b/>
                <w:color w:val="1B365D"/>
                <w:sz w:val="18"/>
              </w:rPr>
              <w:t xml:space="preserve">Karar </w:t>
            </w:r>
            <w:proofErr w:type="spellStart"/>
            <w:r>
              <w:rPr>
                <w:b/>
                <w:color w:val="1B365D"/>
                <w:sz w:val="18"/>
              </w:rPr>
              <w:t>Sayısı</w:t>
            </w:r>
            <w:proofErr w:type="spellEnd"/>
            <w:r>
              <w:rPr>
                <w:b/>
                <w:color w:val="1B365D"/>
                <w:sz w:val="18"/>
              </w:rPr>
              <w:t xml:space="preserve"> </w:t>
            </w:r>
            <w:proofErr w:type="spellStart"/>
            <w:r>
              <w:rPr>
                <w:b/>
                <w:color w:val="1B365D"/>
                <w:sz w:val="18"/>
              </w:rPr>
              <w:t>ve</w:t>
            </w:r>
            <w:proofErr w:type="spellEnd"/>
            <w:r>
              <w:rPr>
                <w:b/>
                <w:color w:val="1B365D"/>
                <w:sz w:val="18"/>
              </w:rPr>
              <w:t xml:space="preserve"> PUKÖ </w:t>
            </w:r>
            <w:proofErr w:type="spellStart"/>
            <w:r>
              <w:rPr>
                <w:b/>
                <w:color w:val="1B365D"/>
                <w:sz w:val="18"/>
              </w:rPr>
              <w:t>Kapatma</w:t>
            </w:r>
            <w:proofErr w:type="spellEnd"/>
            <w:r>
              <w:rPr>
                <w:b/>
                <w:color w:val="1B365D"/>
                <w:sz w:val="18"/>
              </w:rPr>
              <w:t xml:space="preserve"> Oranı</w:t>
            </w:r>
          </w:p>
        </w:tc>
        <w:tc>
          <w:tcPr>
            <w:tcW w:w="67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35F0C4" w14:textId="0C8E2256" w:rsidR="002A0360" w:rsidRDefault="002A0360"/>
        </w:tc>
      </w:tr>
      <w:tr w:rsidR="002A0360" w14:paraId="2590BD0E" w14:textId="77777777" w:rsidTr="00787E98">
        <w:trPr>
          <w:jc w:val="center"/>
        </w:trPr>
        <w:tc>
          <w:tcPr>
            <w:tcW w:w="3361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DE5C4C" w14:textId="77777777" w:rsidR="002A0360" w:rsidRDefault="00000000">
            <w:r>
              <w:rPr>
                <w:b/>
                <w:color w:val="1B365D"/>
                <w:sz w:val="18"/>
              </w:rPr>
              <w:t>Kapatılan (Tamamlanan) Konular</w:t>
            </w:r>
          </w:p>
        </w:tc>
        <w:tc>
          <w:tcPr>
            <w:tcW w:w="67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87A34E" w14:textId="43C80074" w:rsidR="002A0360" w:rsidRDefault="002A0360"/>
        </w:tc>
      </w:tr>
      <w:tr w:rsidR="002A0360" w14:paraId="479DEE54" w14:textId="77777777" w:rsidTr="00787E98">
        <w:trPr>
          <w:jc w:val="center"/>
        </w:trPr>
        <w:tc>
          <w:tcPr>
            <w:tcW w:w="3361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B19422" w14:textId="77777777" w:rsidR="002A0360" w:rsidRDefault="00000000">
            <w:r>
              <w:rPr>
                <w:b/>
                <w:color w:val="1B365D"/>
                <w:sz w:val="18"/>
              </w:rPr>
              <w:t>Devam Eden (Takipteki) Konular</w:t>
            </w:r>
          </w:p>
        </w:tc>
        <w:tc>
          <w:tcPr>
            <w:tcW w:w="67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8CB239" w14:textId="6AC6395B" w:rsidR="002A0360" w:rsidRDefault="002A0360"/>
        </w:tc>
      </w:tr>
      <w:tr w:rsidR="002A0360" w14:paraId="3AD62D25" w14:textId="77777777" w:rsidTr="00787E98">
        <w:trPr>
          <w:jc w:val="center"/>
        </w:trPr>
        <w:tc>
          <w:tcPr>
            <w:tcW w:w="3361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CCDA25" w14:textId="77777777" w:rsidR="002A0360" w:rsidRDefault="00000000">
            <w:r>
              <w:rPr>
                <w:b/>
                <w:color w:val="1B365D"/>
                <w:sz w:val="18"/>
              </w:rPr>
              <w:t>Öğrencilerden Alınan Geri Bildirimler</w:t>
            </w:r>
          </w:p>
        </w:tc>
        <w:tc>
          <w:tcPr>
            <w:tcW w:w="67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D977D0" w14:textId="51934262" w:rsidR="002A0360" w:rsidRDefault="002A0360"/>
        </w:tc>
      </w:tr>
    </w:tbl>
    <w:p w14:paraId="659F8842" w14:textId="77777777" w:rsidR="00787E98" w:rsidRDefault="00787E98"/>
    <w:p w14:paraId="234ADB62" w14:textId="77777777" w:rsidR="002A0360" w:rsidRDefault="00000000">
      <w:proofErr w:type="spellStart"/>
      <w:r>
        <w:rPr>
          <w:b/>
          <w:color w:val="1B365D"/>
        </w:rPr>
        <w:t>Kanıtlar</w:t>
      </w:r>
      <w:proofErr w:type="spellEnd"/>
      <w:r>
        <w:rPr>
          <w:b/>
          <w:color w:val="1B365D"/>
        </w:rPr>
        <w:t xml:space="preserve"> </w:t>
      </w:r>
      <w:proofErr w:type="spellStart"/>
      <w:r>
        <w:rPr>
          <w:b/>
          <w:color w:val="1B365D"/>
        </w:rPr>
        <w:t>Belgeler</w:t>
      </w:r>
      <w:proofErr w:type="spellEnd"/>
      <w:r>
        <w:rPr>
          <w:b/>
          <w:color w:val="1B365D"/>
        </w:rPr>
        <w:t xml:space="preserve"> </w:t>
      </w:r>
      <w:proofErr w:type="spellStart"/>
      <w:r>
        <w:rPr>
          <w:b/>
          <w:color w:val="1B365D"/>
        </w:rPr>
        <w:t>Listesi</w:t>
      </w:r>
      <w:proofErr w:type="spellEnd"/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3782"/>
        <w:gridCol w:w="6370"/>
      </w:tblGrid>
      <w:tr w:rsidR="002A0360" w14:paraId="0F605DD8" w14:textId="77777777">
        <w:trPr>
          <w:tblHeader/>
          <w:jc w:val="center"/>
        </w:trPr>
        <w:tc>
          <w:tcPr>
            <w:tcW w:w="4968" w:type="dxa"/>
            <w:shd w:val="clear" w:color="auto" w:fill="1B365D"/>
          </w:tcPr>
          <w:p w14:paraId="09CF0B42" w14:textId="77777777" w:rsidR="002A0360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Kanıt No</w:t>
            </w:r>
          </w:p>
        </w:tc>
        <w:tc>
          <w:tcPr>
            <w:tcW w:w="4968" w:type="dxa"/>
            <w:shd w:val="clear" w:color="auto" w:fill="1B365D"/>
          </w:tcPr>
          <w:p w14:paraId="66EF8F7B" w14:textId="77777777" w:rsidR="002A0360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Kanıt Kısa Açıklaması (Ek veya Link)</w:t>
            </w:r>
          </w:p>
        </w:tc>
      </w:tr>
      <w:tr w:rsidR="002A0360" w14:paraId="0F88922A" w14:textId="77777777">
        <w:trPr>
          <w:jc w:val="center"/>
        </w:trPr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FCDA1E" w14:textId="77777777" w:rsidR="002A0360" w:rsidRDefault="00000000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35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48A902" w14:textId="196679DA" w:rsidR="002A0360" w:rsidRDefault="002A0360"/>
        </w:tc>
      </w:tr>
      <w:tr w:rsidR="002A0360" w14:paraId="479FCF47" w14:textId="77777777">
        <w:trPr>
          <w:jc w:val="center"/>
        </w:trPr>
        <w:tc>
          <w:tcPr>
            <w:tcW w:w="1440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5BFFF9" w14:textId="77777777" w:rsidR="002A0360" w:rsidRDefault="00000000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8352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77951A" w14:textId="0B5D6848" w:rsidR="002A0360" w:rsidRDefault="002A0360"/>
        </w:tc>
      </w:tr>
      <w:tr w:rsidR="002A0360" w14:paraId="7F0586FF" w14:textId="77777777">
        <w:trPr>
          <w:jc w:val="center"/>
        </w:trPr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DF9F8C" w14:textId="77777777" w:rsidR="002A0360" w:rsidRDefault="00000000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835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F8A603" w14:textId="19763B98" w:rsidR="002A0360" w:rsidRDefault="002A0360"/>
        </w:tc>
      </w:tr>
      <w:tr w:rsidR="002A0360" w14:paraId="1F31DC51" w14:textId="77777777">
        <w:trPr>
          <w:jc w:val="center"/>
        </w:trPr>
        <w:tc>
          <w:tcPr>
            <w:tcW w:w="1440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18D089" w14:textId="77777777" w:rsidR="002A0360" w:rsidRDefault="00000000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8352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04E0D3" w14:textId="67D8FADA" w:rsidR="002A0360" w:rsidRDefault="002A0360"/>
        </w:tc>
      </w:tr>
    </w:tbl>
    <w:p w14:paraId="56DDC4D9" w14:textId="77777777" w:rsidR="002A0360" w:rsidRDefault="002A0360"/>
    <w:p w14:paraId="14D5A63B" w14:textId="77777777" w:rsidR="002A0360" w:rsidRDefault="002A0360"/>
    <w:p w14:paraId="6356E066" w14:textId="77777777" w:rsidR="002A0360" w:rsidRDefault="00000000">
      <w:r>
        <w:rPr>
          <w:i/>
          <w:sz w:val="19"/>
        </w:rPr>
        <w:t>Danışma Kurulu Raporu, 10/12/2025 tarihinde gerçekleştirilen Sağlık Bilimleri Fakültesi Öğrenci Danışmanlık Kurulu toplantı kararları doğrultusunda hazırlanmış, kurumsal kalite ve PUKÖ standartlarına uygun olarak standardize edilmiş ve oy birliği ile kabul edilmiştir.</w:t>
      </w:r>
    </w:p>
    <w:p w14:paraId="16EBA763" w14:textId="77777777" w:rsidR="002A0360" w:rsidRDefault="002A0360"/>
    <w:p w14:paraId="69813DE1" w14:textId="58BB13A1" w:rsidR="002A0360" w:rsidRDefault="00787E98">
      <w:pPr>
        <w:jc w:val="right"/>
      </w:pPr>
      <w:proofErr w:type="spellStart"/>
      <w:r>
        <w:rPr>
          <w:b/>
          <w:color w:val="1B365D"/>
        </w:rPr>
        <w:t>Unvanı</w:t>
      </w:r>
      <w:proofErr w:type="spellEnd"/>
      <w:r>
        <w:rPr>
          <w:b/>
          <w:color w:val="1B365D"/>
        </w:rPr>
        <w:t>, Ad-</w:t>
      </w:r>
      <w:proofErr w:type="spellStart"/>
      <w:r>
        <w:rPr>
          <w:b/>
          <w:color w:val="1B365D"/>
        </w:rPr>
        <w:t>Soyad</w:t>
      </w:r>
      <w:proofErr w:type="spellEnd"/>
      <w:r>
        <w:rPr>
          <w:b/>
          <w:color w:val="1B365D"/>
        </w:rPr>
        <w:br/>
      </w:r>
      <w:r>
        <w:rPr>
          <w:sz w:val="19"/>
        </w:rPr>
        <w:t>Dekan/</w:t>
      </w:r>
      <w:proofErr w:type="spellStart"/>
      <w:r>
        <w:rPr>
          <w:sz w:val="19"/>
        </w:rPr>
        <w:t>Müdür</w:t>
      </w:r>
      <w:proofErr w:type="spellEnd"/>
      <w:r>
        <w:rPr>
          <w:sz w:val="19"/>
        </w:rPr>
        <w:t xml:space="preserve"> / Danışma Kurulu Başkanı</w:t>
      </w:r>
    </w:p>
    <w:sectPr w:rsidR="002A0360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679137">
    <w:abstractNumId w:val="8"/>
  </w:num>
  <w:num w:numId="2" w16cid:durableId="1919828194">
    <w:abstractNumId w:val="6"/>
  </w:num>
  <w:num w:numId="3" w16cid:durableId="1805662032">
    <w:abstractNumId w:val="5"/>
  </w:num>
  <w:num w:numId="4" w16cid:durableId="1350138756">
    <w:abstractNumId w:val="4"/>
  </w:num>
  <w:num w:numId="5" w16cid:durableId="1939555246">
    <w:abstractNumId w:val="7"/>
  </w:num>
  <w:num w:numId="6" w16cid:durableId="290329943">
    <w:abstractNumId w:val="3"/>
  </w:num>
  <w:num w:numId="7" w16cid:durableId="1244602311">
    <w:abstractNumId w:val="2"/>
  </w:num>
  <w:num w:numId="8" w16cid:durableId="1670788667">
    <w:abstractNumId w:val="1"/>
  </w:num>
  <w:num w:numId="9" w16cid:durableId="182402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A0360"/>
    <w:rsid w:val="002B6444"/>
    <w:rsid w:val="00326F90"/>
    <w:rsid w:val="00360192"/>
    <w:rsid w:val="00361558"/>
    <w:rsid w:val="003E2006"/>
    <w:rsid w:val="004C299E"/>
    <w:rsid w:val="005B5B28"/>
    <w:rsid w:val="006527B6"/>
    <w:rsid w:val="00705915"/>
    <w:rsid w:val="007779FD"/>
    <w:rsid w:val="00787E98"/>
    <w:rsid w:val="008707B9"/>
    <w:rsid w:val="008B751C"/>
    <w:rsid w:val="008F513D"/>
    <w:rsid w:val="00A464FF"/>
    <w:rsid w:val="00AA0DFD"/>
    <w:rsid w:val="00AA1D8D"/>
    <w:rsid w:val="00B47730"/>
    <w:rsid w:val="00BC374C"/>
    <w:rsid w:val="00CB0664"/>
    <w:rsid w:val="00E4224C"/>
    <w:rsid w:val="00EA7DF6"/>
    <w:rsid w:val="00ED4B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FB6A9D"/>
  <w14:defaultImageDpi w14:val="300"/>
  <w15:docId w15:val="{D058CE50-A08C-40D2-A7D5-DA7F2D839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333333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lavuzTablo1Ak-Vurgu5">
    <w:name w:val="Grid Table 1 Light Accent 5"/>
    <w:basedOn w:val="NormalTablo"/>
    <w:uiPriority w:val="46"/>
    <w:rsid w:val="00787E98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2-Vurgu1">
    <w:name w:val="Grid Table 2 Accent 1"/>
    <w:basedOn w:val="NormalTablo"/>
    <w:uiPriority w:val="47"/>
    <w:rsid w:val="00787E98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lo3-Vurgu1">
    <w:name w:val="List Table 3 Accent 1"/>
    <w:basedOn w:val="NormalTablo"/>
    <w:uiPriority w:val="48"/>
    <w:rsid w:val="00787E98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494</Words>
  <Characters>2819</Characters>
  <Application>Microsoft Office Word</Application>
  <DocSecurity>0</DocSecurity>
  <Lines>23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YÜKSEL ÖZDEMİR</cp:lastModifiedBy>
  <cp:revision>2</cp:revision>
  <dcterms:created xsi:type="dcterms:W3CDTF">2026-10-14T11:53:00Z</dcterms:created>
  <dcterms:modified xsi:type="dcterms:W3CDTF">2026-10-14T11:53:00Z</dcterms:modified>
  <cp:category/>
</cp:coreProperties>
</file>